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EFB80" w14:textId="77777777" w:rsidR="00F57796" w:rsidRDefault="00000000">
      <w:pPr>
        <w:pStyle w:val="DocTitle"/>
        <w:spacing w:before="60" w:after="40"/>
        <w:jc w:val="center"/>
      </w:pPr>
      <w:r>
        <w:t>LLOYD M. BERTHOLF AND OUTSTANDING CHAPTER AWARD</w:t>
      </w:r>
    </w:p>
    <w:p w14:paraId="171349ED" w14:textId="77777777" w:rsidR="00F57796" w:rsidRDefault="00000000">
      <w:pPr>
        <w:pStyle w:val="DocSubtitle"/>
        <w:spacing w:after="120"/>
        <w:jc w:val="center"/>
      </w:pPr>
      <w:r>
        <w:t>Academic Year: Fall 2025 - Summer 2026</w:t>
      </w:r>
    </w:p>
    <w:tbl>
      <w:tblPr>
        <w:tblW w:w="0" w:type="auto"/>
        <w:jc w:val="center"/>
        <w:tblLayout w:type="fixed"/>
        <w:tblLook w:val="04A0" w:firstRow="1" w:lastRow="0" w:firstColumn="1" w:lastColumn="0" w:noHBand="0" w:noVBand="1"/>
      </w:tblPr>
      <w:tblGrid>
        <w:gridCol w:w="10728"/>
      </w:tblGrid>
      <w:tr w:rsidR="00F57796" w14:paraId="74E5D010" w14:textId="77777777">
        <w:trPr>
          <w:jc w:val="center"/>
        </w:trPr>
        <w:tc>
          <w:tcPr>
            <w:tcW w:w="10728" w:type="dxa"/>
            <w:tcBorders>
              <w:top w:val="nil"/>
              <w:left w:val="nil"/>
              <w:bottom w:val="nil"/>
              <w:right w:val="nil"/>
            </w:tcBorders>
            <w:shd w:val="clear" w:color="auto" w:fill="EFE9DC"/>
            <w:tcMar>
              <w:top w:w="45" w:type="dxa"/>
              <w:left w:w="80" w:type="dxa"/>
              <w:bottom w:w="45" w:type="dxa"/>
              <w:right w:w="80" w:type="dxa"/>
            </w:tcMar>
            <w:vAlign w:val="center"/>
          </w:tcPr>
          <w:p w14:paraId="5A07B634" w14:textId="7162AA52" w:rsidR="00F57796" w:rsidRDefault="00000000">
            <w:pPr>
              <w:pStyle w:val="SectionBar"/>
              <w:spacing w:after="0"/>
            </w:pPr>
            <w:r>
              <w:rPr>
                <w:sz w:val="8"/>
              </w:rPr>
              <w:t xml:space="preserve">   </w:t>
            </w:r>
            <w:r>
              <w:t>PURPOSE OF THE AWARD</w:t>
            </w:r>
          </w:p>
        </w:tc>
      </w:tr>
    </w:tbl>
    <w:p w14:paraId="2F6BFA96" w14:textId="77777777" w:rsidR="00F57796" w:rsidRDefault="00F57796">
      <w:pPr>
        <w:spacing w:after="0" w:line="67" w:lineRule="auto"/>
      </w:pPr>
    </w:p>
    <w:p w14:paraId="5C79213C" w14:textId="77777777" w:rsidR="00F57796" w:rsidRDefault="00000000">
      <w:pPr>
        <w:spacing w:after="80" w:line="247" w:lineRule="auto"/>
        <w:rPr>
          <w:sz w:val="17"/>
        </w:rPr>
      </w:pPr>
      <w:r>
        <w:rPr>
          <w:sz w:val="17"/>
        </w:rPr>
        <w:t>To provide national and local recognition to chapters having outstanding programs (up to 10% of total number of chapters). This extends, but does not supplant, the Lloyd M. Bertholf Award for Chapter Excellence.</w:t>
      </w:r>
    </w:p>
    <w:p w14:paraId="4F856998" w14:textId="77777777" w:rsidR="00E21D4F" w:rsidRDefault="00E21D4F">
      <w:pPr>
        <w:spacing w:after="80" w:line="247" w:lineRule="auto"/>
      </w:pPr>
    </w:p>
    <w:tbl>
      <w:tblPr>
        <w:tblW w:w="0" w:type="auto"/>
        <w:jc w:val="center"/>
        <w:tblLayout w:type="fixed"/>
        <w:tblLook w:val="04A0" w:firstRow="1" w:lastRow="0" w:firstColumn="1" w:lastColumn="0" w:noHBand="0" w:noVBand="1"/>
      </w:tblPr>
      <w:tblGrid>
        <w:gridCol w:w="10728"/>
      </w:tblGrid>
      <w:tr w:rsidR="00F57796" w14:paraId="59F7460C" w14:textId="77777777">
        <w:trPr>
          <w:jc w:val="center"/>
        </w:trPr>
        <w:tc>
          <w:tcPr>
            <w:tcW w:w="10728" w:type="dxa"/>
            <w:tcBorders>
              <w:top w:val="nil"/>
              <w:left w:val="nil"/>
              <w:bottom w:val="nil"/>
              <w:right w:val="nil"/>
            </w:tcBorders>
            <w:shd w:val="clear" w:color="auto" w:fill="EFE9DC"/>
            <w:tcMar>
              <w:top w:w="45" w:type="dxa"/>
              <w:left w:w="80" w:type="dxa"/>
              <w:bottom w:w="45" w:type="dxa"/>
              <w:right w:w="80" w:type="dxa"/>
            </w:tcMar>
            <w:vAlign w:val="center"/>
          </w:tcPr>
          <w:p w14:paraId="2DFCE559" w14:textId="712CF5BC" w:rsidR="00F57796" w:rsidRDefault="00000000">
            <w:pPr>
              <w:pStyle w:val="SectionBar"/>
              <w:spacing w:after="0"/>
            </w:pPr>
            <w:r>
              <w:rPr>
                <w:sz w:val="8"/>
              </w:rPr>
              <w:t xml:space="preserve">   </w:t>
            </w:r>
            <w:r>
              <w:t>METHOD OF RECOGNITION</w:t>
            </w:r>
          </w:p>
        </w:tc>
      </w:tr>
    </w:tbl>
    <w:p w14:paraId="7E471578" w14:textId="77777777" w:rsidR="00F57796" w:rsidRDefault="00F57796">
      <w:pPr>
        <w:spacing w:after="0" w:line="67" w:lineRule="auto"/>
      </w:pPr>
    </w:p>
    <w:p w14:paraId="080F9801" w14:textId="77777777" w:rsidR="00F57796" w:rsidRDefault="00000000">
      <w:pPr>
        <w:spacing w:after="30" w:line="247" w:lineRule="auto"/>
      </w:pPr>
      <w:r>
        <w:rPr>
          <w:sz w:val="17"/>
        </w:rPr>
        <w:t>All award recipients will receive a certificate. Chapters awarded a placement will receive the following:</w:t>
      </w:r>
    </w:p>
    <w:p w14:paraId="59471822" w14:textId="77777777" w:rsidR="00F57796" w:rsidRDefault="00000000">
      <w:pPr>
        <w:spacing w:after="30" w:line="240" w:lineRule="auto"/>
        <w:ind w:left="374" w:hanging="187"/>
      </w:pPr>
      <w:r>
        <w:rPr>
          <w:b/>
          <w:color w:val="8C6B22"/>
          <w:sz w:val="16"/>
        </w:rPr>
        <w:t xml:space="preserve">•  </w:t>
      </w:r>
      <w:r>
        <w:rPr>
          <w:b/>
          <w:sz w:val="16"/>
        </w:rPr>
        <w:t>First Place:</w:t>
      </w:r>
      <w:r>
        <w:rPr>
          <w:sz w:val="16"/>
        </w:rPr>
        <w:t xml:space="preserve"> Bertholf Acrylic Keepsake Award and $500 to the chapter</w:t>
      </w:r>
    </w:p>
    <w:p w14:paraId="1775ABEB" w14:textId="77777777" w:rsidR="00F57796" w:rsidRDefault="00000000">
      <w:pPr>
        <w:spacing w:after="30" w:line="240" w:lineRule="auto"/>
        <w:ind w:left="374" w:hanging="187"/>
      </w:pPr>
      <w:r>
        <w:rPr>
          <w:b/>
          <w:color w:val="8C6B22"/>
          <w:sz w:val="16"/>
        </w:rPr>
        <w:t xml:space="preserve">•  </w:t>
      </w:r>
      <w:r>
        <w:rPr>
          <w:b/>
          <w:sz w:val="16"/>
        </w:rPr>
        <w:t>Second Place:</w:t>
      </w:r>
      <w:r>
        <w:rPr>
          <w:sz w:val="16"/>
        </w:rPr>
        <w:t xml:space="preserve"> Bertholf Acrylic Keepsake Award and $250 to the chapter</w:t>
      </w:r>
    </w:p>
    <w:p w14:paraId="18510880" w14:textId="77777777" w:rsidR="00F57796" w:rsidRDefault="00000000">
      <w:pPr>
        <w:spacing w:after="30" w:line="240" w:lineRule="auto"/>
        <w:ind w:left="374" w:hanging="187"/>
        <w:rPr>
          <w:sz w:val="16"/>
        </w:rPr>
      </w:pPr>
      <w:r>
        <w:rPr>
          <w:b/>
          <w:color w:val="8C6B22"/>
          <w:sz w:val="16"/>
        </w:rPr>
        <w:t xml:space="preserve">•  </w:t>
      </w:r>
      <w:r>
        <w:rPr>
          <w:b/>
          <w:sz w:val="16"/>
        </w:rPr>
        <w:t>Third Place and Honorable Mentions (optional):</w:t>
      </w:r>
      <w:r>
        <w:rPr>
          <w:sz w:val="16"/>
        </w:rPr>
        <w:t xml:space="preserve"> Bertholf Acrylic Keepsake Award</w:t>
      </w:r>
    </w:p>
    <w:p w14:paraId="07810FBC" w14:textId="77777777" w:rsidR="00E21D4F" w:rsidRDefault="00E21D4F" w:rsidP="00E21D4F">
      <w:pPr>
        <w:spacing w:after="30" w:line="240" w:lineRule="auto"/>
      </w:pPr>
    </w:p>
    <w:tbl>
      <w:tblPr>
        <w:tblW w:w="0" w:type="auto"/>
        <w:jc w:val="center"/>
        <w:tblLayout w:type="fixed"/>
        <w:tblLook w:val="04A0" w:firstRow="1" w:lastRow="0" w:firstColumn="1" w:lastColumn="0" w:noHBand="0" w:noVBand="1"/>
      </w:tblPr>
      <w:tblGrid>
        <w:gridCol w:w="10728"/>
      </w:tblGrid>
      <w:tr w:rsidR="00F57796" w14:paraId="16AE0B39" w14:textId="77777777">
        <w:trPr>
          <w:jc w:val="center"/>
        </w:trPr>
        <w:tc>
          <w:tcPr>
            <w:tcW w:w="10728" w:type="dxa"/>
            <w:tcBorders>
              <w:top w:val="nil"/>
              <w:left w:val="nil"/>
              <w:bottom w:val="nil"/>
              <w:right w:val="nil"/>
            </w:tcBorders>
            <w:shd w:val="clear" w:color="auto" w:fill="EFE9DC"/>
            <w:tcMar>
              <w:top w:w="45" w:type="dxa"/>
              <w:left w:w="80" w:type="dxa"/>
              <w:bottom w:w="45" w:type="dxa"/>
              <w:right w:w="80" w:type="dxa"/>
            </w:tcMar>
            <w:vAlign w:val="center"/>
          </w:tcPr>
          <w:p w14:paraId="77BFDDD4" w14:textId="64DC2781" w:rsidR="00F57796" w:rsidRDefault="00000000">
            <w:pPr>
              <w:pStyle w:val="SectionBar"/>
              <w:spacing w:after="0"/>
            </w:pPr>
            <w:r>
              <w:rPr>
                <w:sz w:val="8"/>
              </w:rPr>
              <w:t xml:space="preserve">   </w:t>
            </w:r>
            <w:r>
              <w:t>OPERATING RULES</w:t>
            </w:r>
          </w:p>
        </w:tc>
      </w:tr>
    </w:tbl>
    <w:p w14:paraId="2DF15144" w14:textId="77777777" w:rsidR="00F57796" w:rsidRDefault="00F57796">
      <w:pPr>
        <w:spacing w:after="0" w:line="67" w:lineRule="auto"/>
      </w:pPr>
    </w:p>
    <w:p w14:paraId="1DC76317" w14:textId="274CE072" w:rsidR="00F57796" w:rsidRDefault="00000000">
      <w:pPr>
        <w:spacing w:after="30" w:line="247" w:lineRule="auto"/>
      </w:pPr>
      <w:r>
        <w:rPr>
          <w:sz w:val="17"/>
        </w:rPr>
        <w:t xml:space="preserve">This application form must be used and cannot be altered. Return completed forms to the National Office via </w:t>
      </w:r>
      <w:proofErr w:type="spellStart"/>
      <w:r>
        <w:rPr>
          <w:sz w:val="17"/>
        </w:rPr>
        <w:t>Jotform</w:t>
      </w:r>
      <w:proofErr w:type="spellEnd"/>
      <w:r>
        <w:rPr>
          <w:sz w:val="17"/>
        </w:rPr>
        <w:t xml:space="preserve"> by </w:t>
      </w:r>
      <w:r w:rsidR="00E5545A">
        <w:rPr>
          <w:sz w:val="17"/>
        </w:rPr>
        <w:t>Friday, November 6</w:t>
      </w:r>
      <w:r w:rsidR="00E5545A" w:rsidRPr="00E5545A">
        <w:rPr>
          <w:sz w:val="17"/>
          <w:vertAlign w:val="superscript"/>
        </w:rPr>
        <w:t>th</w:t>
      </w:r>
      <w:r w:rsidR="00E5545A">
        <w:rPr>
          <w:sz w:val="17"/>
        </w:rPr>
        <w:t xml:space="preserve">, 2026.  </w:t>
      </w:r>
      <w:r w:rsidR="00E5545A">
        <w:rPr>
          <w:sz w:val="17"/>
        </w:rPr>
        <w:br/>
      </w:r>
      <w:r>
        <w:rPr>
          <w:sz w:val="17"/>
        </w:rPr>
        <w:t>Do not attach additional sheets except as allowed in Section I.</w:t>
      </w:r>
    </w:p>
    <w:tbl>
      <w:tblPr>
        <w:tblW w:w="0" w:type="auto"/>
        <w:jc w:val="center"/>
        <w:tblLayout w:type="fixed"/>
        <w:tblLook w:val="04A0" w:firstRow="1" w:lastRow="0" w:firstColumn="1" w:lastColumn="0" w:noHBand="0" w:noVBand="1"/>
      </w:tblPr>
      <w:tblGrid>
        <w:gridCol w:w="10728"/>
      </w:tblGrid>
      <w:tr w:rsidR="00F57796" w14:paraId="49511BDC" w14:textId="77777777">
        <w:trPr>
          <w:jc w:val="center"/>
        </w:trPr>
        <w:tc>
          <w:tcPr>
            <w:tcW w:w="10728" w:type="dxa"/>
            <w:tcBorders>
              <w:top w:val="single" w:sz="4" w:space="0" w:color="D1C19B"/>
              <w:left w:val="single" w:sz="4" w:space="0" w:color="D1C19B"/>
              <w:bottom w:val="single" w:sz="4" w:space="0" w:color="D1C19B"/>
              <w:right w:val="single" w:sz="4" w:space="0" w:color="D1C19B"/>
            </w:tcBorders>
            <w:shd w:val="clear" w:color="auto" w:fill="F7F3EB"/>
            <w:tcMar>
              <w:top w:w="45" w:type="dxa"/>
              <w:left w:w="75" w:type="dxa"/>
              <w:bottom w:w="45" w:type="dxa"/>
              <w:right w:w="75" w:type="dxa"/>
            </w:tcMar>
          </w:tcPr>
          <w:p w14:paraId="0531247A" w14:textId="2B90C035" w:rsidR="00F57796" w:rsidRDefault="00F57796" w:rsidP="00E21D4F">
            <w:pPr>
              <w:spacing w:after="0"/>
              <w:jc w:val="center"/>
            </w:pPr>
            <w:hyperlink r:id="rId8">
              <w:proofErr w:type="spellStart"/>
              <w:r w:rsidRPr="00E5545A">
                <w:rPr>
                  <w:b/>
                  <w:color w:val="1F4E79"/>
                  <w:sz w:val="17"/>
                  <w:u w:val="single"/>
                </w:rPr>
                <w:t>Jotform</w:t>
              </w:r>
              <w:proofErr w:type="spellEnd"/>
              <w:r w:rsidRPr="00E5545A">
                <w:rPr>
                  <w:b/>
                  <w:color w:val="1F4E79"/>
                  <w:sz w:val="17"/>
                  <w:u w:val="single"/>
                </w:rPr>
                <w:t xml:space="preserve"> Bertholf Award Application Form</w:t>
              </w:r>
            </w:hyperlink>
          </w:p>
        </w:tc>
      </w:tr>
    </w:tbl>
    <w:p w14:paraId="187EAA35" w14:textId="77777777" w:rsidR="00E21D4F" w:rsidRDefault="00E21D4F">
      <w:pPr>
        <w:spacing w:after="0"/>
      </w:pPr>
    </w:p>
    <w:tbl>
      <w:tblPr>
        <w:tblW w:w="0" w:type="auto"/>
        <w:jc w:val="center"/>
        <w:tblLayout w:type="fixed"/>
        <w:tblLook w:val="04A0" w:firstRow="1" w:lastRow="0" w:firstColumn="1" w:lastColumn="0" w:noHBand="0" w:noVBand="1"/>
      </w:tblPr>
      <w:tblGrid>
        <w:gridCol w:w="10728"/>
      </w:tblGrid>
      <w:tr w:rsidR="00E21D4F" w14:paraId="1757A136" w14:textId="77777777" w:rsidTr="00786F29">
        <w:trPr>
          <w:jc w:val="center"/>
        </w:trPr>
        <w:tc>
          <w:tcPr>
            <w:tcW w:w="10728" w:type="dxa"/>
            <w:tcBorders>
              <w:top w:val="nil"/>
              <w:left w:val="nil"/>
              <w:bottom w:val="nil"/>
              <w:right w:val="nil"/>
            </w:tcBorders>
            <w:shd w:val="clear" w:color="auto" w:fill="EFE9DC"/>
            <w:tcMar>
              <w:top w:w="45" w:type="dxa"/>
              <w:left w:w="80" w:type="dxa"/>
              <w:bottom w:w="45" w:type="dxa"/>
              <w:right w:w="80" w:type="dxa"/>
            </w:tcMar>
            <w:vAlign w:val="center"/>
          </w:tcPr>
          <w:p w14:paraId="4E546947" w14:textId="10CD8EFF" w:rsidR="00E21D4F" w:rsidRDefault="00E21D4F" w:rsidP="00786F29">
            <w:pPr>
              <w:pStyle w:val="SectionBar"/>
              <w:spacing w:after="0"/>
            </w:pPr>
            <w:r>
              <w:rPr>
                <w:sz w:val="8"/>
              </w:rPr>
              <w:t xml:space="preserve">   </w:t>
            </w:r>
            <w:r>
              <w:t>ELIGIBILITY</w:t>
            </w:r>
          </w:p>
        </w:tc>
      </w:tr>
    </w:tbl>
    <w:p w14:paraId="17D054FC" w14:textId="77777777" w:rsidR="00E21D4F" w:rsidRDefault="00E21D4F" w:rsidP="00E21D4F">
      <w:pPr>
        <w:spacing w:after="0" w:line="67" w:lineRule="auto"/>
      </w:pPr>
    </w:p>
    <w:p w14:paraId="2E58FC26" w14:textId="77777777" w:rsidR="00E21D4F" w:rsidRDefault="00E21D4F" w:rsidP="00E21D4F">
      <w:pPr>
        <w:spacing w:after="60" w:line="247" w:lineRule="auto"/>
        <w:rPr>
          <w:sz w:val="16"/>
        </w:rPr>
      </w:pPr>
      <w:proofErr w:type="gramStart"/>
      <w:r>
        <w:rPr>
          <w:sz w:val="16"/>
        </w:rPr>
        <w:t>Bertholf</w:t>
      </w:r>
      <w:proofErr w:type="gramEnd"/>
      <w:r>
        <w:rPr>
          <w:sz w:val="16"/>
        </w:rPr>
        <w:t xml:space="preserve"> 1st Place Award winners are eligible only every 2 years. Applications are reviewed by a committee of national officers. All TriBeta chapters are encouraged to apply. Recently established TriBeta chapters (2021 - present) are strongly encouraged to apply. One special award may be allocated to newer chapters in recognition of establishing and building your TriBeta chapter.</w:t>
      </w:r>
    </w:p>
    <w:p w14:paraId="253C3AB5" w14:textId="77777777" w:rsidR="00275C9B" w:rsidRDefault="00275C9B" w:rsidP="00E21D4F">
      <w:pPr>
        <w:spacing w:after="60" w:line="247" w:lineRule="auto"/>
      </w:pPr>
    </w:p>
    <w:tbl>
      <w:tblPr>
        <w:tblW w:w="0" w:type="auto"/>
        <w:jc w:val="center"/>
        <w:tblLayout w:type="fixed"/>
        <w:tblLook w:val="04A0" w:firstRow="1" w:lastRow="0" w:firstColumn="1" w:lastColumn="0" w:noHBand="0" w:noVBand="1"/>
      </w:tblPr>
      <w:tblGrid>
        <w:gridCol w:w="10728"/>
      </w:tblGrid>
      <w:tr w:rsidR="00E21D4F" w14:paraId="489F46F2" w14:textId="77777777" w:rsidTr="00786F29">
        <w:trPr>
          <w:jc w:val="center"/>
        </w:trPr>
        <w:tc>
          <w:tcPr>
            <w:tcW w:w="10728" w:type="dxa"/>
            <w:tcBorders>
              <w:top w:val="nil"/>
              <w:left w:val="nil"/>
              <w:bottom w:val="nil"/>
              <w:right w:val="nil"/>
            </w:tcBorders>
            <w:shd w:val="clear" w:color="auto" w:fill="EFE9DC"/>
            <w:tcMar>
              <w:top w:w="45" w:type="dxa"/>
              <w:left w:w="80" w:type="dxa"/>
              <w:bottom w:w="45" w:type="dxa"/>
              <w:right w:w="80" w:type="dxa"/>
            </w:tcMar>
            <w:vAlign w:val="center"/>
          </w:tcPr>
          <w:p w14:paraId="26CE04EA" w14:textId="38F378EC" w:rsidR="00E21D4F" w:rsidRDefault="00E21D4F" w:rsidP="00786F29">
            <w:pPr>
              <w:pStyle w:val="SectionBar"/>
              <w:spacing w:after="0"/>
            </w:pPr>
            <w:r>
              <w:rPr>
                <w:sz w:val="8"/>
              </w:rPr>
              <w:t xml:space="preserve">   </w:t>
            </w:r>
            <w:r>
              <w:t>ANNOUNCEMENT OF RECIPIENTS</w:t>
            </w:r>
          </w:p>
        </w:tc>
      </w:tr>
    </w:tbl>
    <w:p w14:paraId="217185C3" w14:textId="77777777" w:rsidR="00E21D4F" w:rsidRDefault="00E21D4F" w:rsidP="00E21D4F">
      <w:pPr>
        <w:spacing w:after="0" w:line="67" w:lineRule="auto"/>
      </w:pPr>
    </w:p>
    <w:p w14:paraId="1B254722" w14:textId="77777777" w:rsidR="00E21D4F" w:rsidRDefault="00E21D4F" w:rsidP="00E21D4F">
      <w:pPr>
        <w:spacing w:after="60" w:line="247" w:lineRule="auto"/>
        <w:rPr>
          <w:sz w:val="16"/>
        </w:rPr>
      </w:pPr>
      <w:r>
        <w:rPr>
          <w:sz w:val="16"/>
        </w:rPr>
        <w:t>Recipients will be announced at the next National Convention, published in BIOS, posted on the National Office website, and announced across all active chapters. A formal letter along with the certificate and keepsake award will be sent to the chapter and copies sent to the institution administration such as department Chair, Dean, and President.</w:t>
      </w:r>
    </w:p>
    <w:p w14:paraId="5E7BB1C1" w14:textId="77777777" w:rsidR="00275C9B" w:rsidRDefault="00275C9B" w:rsidP="00E21D4F">
      <w:pPr>
        <w:spacing w:after="60" w:line="247" w:lineRule="auto"/>
      </w:pPr>
    </w:p>
    <w:tbl>
      <w:tblPr>
        <w:tblW w:w="0" w:type="auto"/>
        <w:jc w:val="center"/>
        <w:tblLayout w:type="fixed"/>
        <w:tblLook w:val="04A0" w:firstRow="1" w:lastRow="0" w:firstColumn="1" w:lastColumn="0" w:noHBand="0" w:noVBand="1"/>
      </w:tblPr>
      <w:tblGrid>
        <w:gridCol w:w="10728"/>
      </w:tblGrid>
      <w:tr w:rsidR="00E21D4F" w14:paraId="66CDAE25" w14:textId="77777777" w:rsidTr="00786F29">
        <w:trPr>
          <w:jc w:val="center"/>
        </w:trPr>
        <w:tc>
          <w:tcPr>
            <w:tcW w:w="10728" w:type="dxa"/>
            <w:tcBorders>
              <w:top w:val="nil"/>
              <w:left w:val="nil"/>
              <w:bottom w:val="nil"/>
              <w:right w:val="nil"/>
            </w:tcBorders>
            <w:shd w:val="clear" w:color="auto" w:fill="EFE9DC"/>
            <w:tcMar>
              <w:top w:w="45" w:type="dxa"/>
              <w:left w:w="80" w:type="dxa"/>
              <w:bottom w:w="45" w:type="dxa"/>
              <w:right w:w="80" w:type="dxa"/>
            </w:tcMar>
            <w:vAlign w:val="center"/>
          </w:tcPr>
          <w:p w14:paraId="0026AD29" w14:textId="6F72B69F" w:rsidR="00E21D4F" w:rsidRDefault="00E21D4F" w:rsidP="00786F29">
            <w:pPr>
              <w:pStyle w:val="SectionBar"/>
              <w:spacing w:after="0"/>
            </w:pPr>
            <w:r>
              <w:rPr>
                <w:sz w:val="8"/>
              </w:rPr>
              <w:t xml:space="preserve">   </w:t>
            </w:r>
            <w:r>
              <w:t>POINT SYSTEM</w:t>
            </w:r>
          </w:p>
        </w:tc>
      </w:tr>
    </w:tbl>
    <w:p w14:paraId="7B9EC0BE" w14:textId="77777777" w:rsidR="00E21D4F" w:rsidRDefault="00E21D4F" w:rsidP="00E21D4F">
      <w:pPr>
        <w:spacing w:after="0" w:line="67" w:lineRule="auto"/>
      </w:pPr>
    </w:p>
    <w:p w14:paraId="1455388E" w14:textId="77777777" w:rsidR="00E21D4F" w:rsidRDefault="00E21D4F" w:rsidP="00E21D4F">
      <w:pPr>
        <w:spacing w:after="20" w:line="247" w:lineRule="auto"/>
      </w:pPr>
      <w:r>
        <w:rPr>
          <w:sz w:val="16"/>
        </w:rPr>
        <w:t>Four activity categories are evaluated by a point system as follows:</w:t>
      </w:r>
    </w:p>
    <w:p w14:paraId="2467590F" w14:textId="77777777" w:rsidR="00E21D4F" w:rsidRDefault="00E21D4F" w:rsidP="00E21D4F">
      <w:pPr>
        <w:spacing w:after="14" w:line="240" w:lineRule="auto"/>
        <w:ind w:left="792" w:hanging="403"/>
      </w:pPr>
      <w:r>
        <w:rPr>
          <w:b/>
          <w:color w:val="8C6B22"/>
          <w:sz w:val="16"/>
        </w:rPr>
        <w:t xml:space="preserve">I.  </w:t>
      </w:r>
      <w:r>
        <w:rPr>
          <w:sz w:val="16"/>
        </w:rPr>
        <w:t>Research conducted and published (0-35 points)</w:t>
      </w:r>
    </w:p>
    <w:p w14:paraId="2BD05424" w14:textId="77777777" w:rsidR="00E21D4F" w:rsidRDefault="00E21D4F" w:rsidP="00E21D4F">
      <w:pPr>
        <w:spacing w:after="14" w:line="240" w:lineRule="auto"/>
        <w:ind w:left="792" w:hanging="403"/>
      </w:pPr>
      <w:r>
        <w:rPr>
          <w:b/>
          <w:color w:val="8C6B22"/>
          <w:sz w:val="16"/>
        </w:rPr>
        <w:t>II</w:t>
      </w:r>
      <w:proofErr w:type="gramStart"/>
      <w:r>
        <w:rPr>
          <w:b/>
          <w:color w:val="8C6B22"/>
          <w:sz w:val="16"/>
        </w:rPr>
        <w:t xml:space="preserve">.  </w:t>
      </w:r>
      <w:r>
        <w:rPr>
          <w:sz w:val="16"/>
        </w:rPr>
        <w:t>Active</w:t>
      </w:r>
      <w:proofErr w:type="gramEnd"/>
      <w:r>
        <w:rPr>
          <w:sz w:val="16"/>
        </w:rPr>
        <w:t xml:space="preserve"> participation in TriBeta district and national conventions and other meetings (0-35 points)</w:t>
      </w:r>
    </w:p>
    <w:p w14:paraId="7238ABB0" w14:textId="77777777" w:rsidR="00E21D4F" w:rsidRDefault="00E21D4F" w:rsidP="00E21D4F">
      <w:pPr>
        <w:spacing w:after="14" w:line="240" w:lineRule="auto"/>
        <w:ind w:left="792" w:hanging="403"/>
      </w:pPr>
      <w:r>
        <w:rPr>
          <w:b/>
          <w:color w:val="8C6B22"/>
          <w:sz w:val="16"/>
        </w:rPr>
        <w:t>III</w:t>
      </w:r>
      <w:proofErr w:type="gramStart"/>
      <w:r>
        <w:rPr>
          <w:b/>
          <w:color w:val="8C6B22"/>
          <w:sz w:val="16"/>
        </w:rPr>
        <w:t xml:space="preserve">.  </w:t>
      </w:r>
      <w:r>
        <w:rPr>
          <w:sz w:val="16"/>
        </w:rPr>
        <w:t>Chapter</w:t>
      </w:r>
      <w:proofErr w:type="gramEnd"/>
      <w:r>
        <w:rPr>
          <w:sz w:val="16"/>
        </w:rPr>
        <w:t xml:space="preserve"> programming and activities (0-20 points)</w:t>
      </w:r>
    </w:p>
    <w:p w14:paraId="031F6B23" w14:textId="77777777" w:rsidR="00E21D4F" w:rsidRDefault="00E21D4F" w:rsidP="00E21D4F">
      <w:pPr>
        <w:spacing w:after="14" w:line="240" w:lineRule="auto"/>
        <w:ind w:left="792" w:hanging="403"/>
      </w:pPr>
      <w:r>
        <w:rPr>
          <w:b/>
          <w:color w:val="8C6B22"/>
          <w:sz w:val="16"/>
        </w:rPr>
        <w:t>IV</w:t>
      </w:r>
      <w:proofErr w:type="gramStart"/>
      <w:r>
        <w:rPr>
          <w:b/>
          <w:color w:val="8C6B22"/>
          <w:sz w:val="16"/>
        </w:rPr>
        <w:t xml:space="preserve">.  </w:t>
      </w:r>
      <w:r>
        <w:rPr>
          <w:sz w:val="16"/>
        </w:rPr>
        <w:t>Relationship</w:t>
      </w:r>
      <w:proofErr w:type="gramEnd"/>
      <w:r>
        <w:rPr>
          <w:sz w:val="16"/>
        </w:rPr>
        <w:t xml:space="preserve"> with the National Office (0-10 points)</w:t>
      </w:r>
    </w:p>
    <w:p w14:paraId="6F239C35" w14:textId="3BF7477F" w:rsidR="00F57796" w:rsidRDefault="00000000">
      <w:pPr>
        <w:spacing w:after="0"/>
      </w:pPr>
      <w:r>
        <w:br w:type="page"/>
      </w:r>
    </w:p>
    <w:tbl>
      <w:tblPr>
        <w:tblW w:w="0" w:type="auto"/>
        <w:jc w:val="center"/>
        <w:tblBorders>
          <w:top w:val="single" w:sz="6" w:space="0" w:color="B59645"/>
          <w:bottom w:val="single" w:sz="6" w:space="0" w:color="B59645"/>
        </w:tblBorders>
        <w:tblLayout w:type="fixed"/>
        <w:tblLook w:val="04A0" w:firstRow="1" w:lastRow="0" w:firstColumn="1" w:lastColumn="0" w:noHBand="0" w:noVBand="1"/>
      </w:tblPr>
      <w:tblGrid>
        <w:gridCol w:w="10728"/>
      </w:tblGrid>
      <w:tr w:rsidR="00F57796" w14:paraId="7ADE6E7F" w14:textId="77777777" w:rsidTr="00AF4F35">
        <w:trPr>
          <w:jc w:val="center"/>
        </w:trPr>
        <w:tc>
          <w:tcPr>
            <w:tcW w:w="10728" w:type="dxa"/>
            <w:shd w:val="clear" w:color="auto" w:fill="EFE9DC"/>
            <w:tcMar>
              <w:top w:w="75" w:type="dxa"/>
              <w:left w:w="100" w:type="dxa"/>
              <w:bottom w:w="75" w:type="dxa"/>
              <w:right w:w="100" w:type="dxa"/>
            </w:tcMar>
          </w:tcPr>
          <w:p w14:paraId="442C845B" w14:textId="77777777" w:rsidR="00F57796" w:rsidRDefault="00000000">
            <w:pPr>
              <w:spacing w:after="0"/>
              <w:jc w:val="center"/>
            </w:pPr>
            <w:r>
              <w:rPr>
                <w:b/>
                <w:color w:val="8C6B22"/>
                <w:sz w:val="23"/>
              </w:rPr>
              <w:lastRenderedPageBreak/>
              <w:t>CHAPTER INFORMATION &amp; MEMBERSHIP</w:t>
            </w:r>
          </w:p>
        </w:tc>
      </w:tr>
    </w:tbl>
    <w:p w14:paraId="4241FD5D" w14:textId="77777777" w:rsidR="00F57796" w:rsidRDefault="00F57796">
      <w:pPr>
        <w:spacing w:after="20" w:line="48" w:lineRule="auto"/>
      </w:pPr>
    </w:p>
    <w:tbl>
      <w:tblPr>
        <w:tblW w:w="10603" w:type="dxa"/>
        <w:jc w:val="center"/>
        <w:tblLayout w:type="fixed"/>
        <w:tblLook w:val="04A0" w:firstRow="1" w:lastRow="0" w:firstColumn="1" w:lastColumn="0" w:noHBand="0" w:noVBand="1"/>
      </w:tblPr>
      <w:tblGrid>
        <w:gridCol w:w="4194"/>
        <w:gridCol w:w="6409"/>
      </w:tblGrid>
      <w:tr w:rsidR="00F57796" w14:paraId="178CEC99" w14:textId="77777777" w:rsidTr="00AF4F35">
        <w:trPr>
          <w:trHeight w:val="241"/>
          <w:jc w:val="center"/>
        </w:trPr>
        <w:tc>
          <w:tcPr>
            <w:tcW w:w="4194" w:type="dxa"/>
            <w:tcBorders>
              <w:top w:val="nil"/>
              <w:left w:val="nil"/>
              <w:bottom w:val="single" w:sz="5" w:space="0" w:color="B9B9B9"/>
              <w:right w:val="nil"/>
            </w:tcBorders>
            <w:tcMar>
              <w:top w:w="45" w:type="dxa"/>
              <w:left w:w="60" w:type="dxa"/>
              <w:bottom w:w="45" w:type="dxa"/>
              <w:right w:w="60" w:type="dxa"/>
            </w:tcMar>
          </w:tcPr>
          <w:p w14:paraId="78A1C31B" w14:textId="77777777" w:rsidR="00F57796" w:rsidRDefault="00000000">
            <w:pPr>
              <w:spacing w:after="0"/>
            </w:pPr>
            <w:r>
              <w:rPr>
                <w:b/>
              </w:rPr>
              <w:t>Chapter Name:</w:t>
            </w:r>
          </w:p>
        </w:tc>
        <w:tc>
          <w:tcPr>
            <w:tcW w:w="6409" w:type="dxa"/>
            <w:tcBorders>
              <w:top w:val="nil"/>
              <w:left w:val="nil"/>
              <w:bottom w:val="single" w:sz="5" w:space="0" w:color="B9B9B9"/>
              <w:right w:val="nil"/>
            </w:tcBorders>
            <w:tcMar>
              <w:top w:w="45" w:type="dxa"/>
              <w:left w:w="60" w:type="dxa"/>
              <w:bottom w:w="45" w:type="dxa"/>
              <w:right w:w="60" w:type="dxa"/>
            </w:tcMar>
          </w:tcPr>
          <w:p w14:paraId="70C6D958" w14:textId="77777777" w:rsidR="00F57796" w:rsidRDefault="00F57796">
            <w:pPr>
              <w:spacing w:after="0"/>
            </w:pPr>
          </w:p>
        </w:tc>
      </w:tr>
      <w:tr w:rsidR="00F57796" w14:paraId="7FBC5CD7" w14:textId="77777777" w:rsidTr="00AF4F35">
        <w:trPr>
          <w:trHeight w:val="256"/>
          <w:jc w:val="center"/>
        </w:trPr>
        <w:tc>
          <w:tcPr>
            <w:tcW w:w="4194" w:type="dxa"/>
            <w:tcBorders>
              <w:top w:val="nil"/>
              <w:left w:val="nil"/>
              <w:bottom w:val="single" w:sz="5" w:space="0" w:color="B9B9B9"/>
              <w:right w:val="nil"/>
            </w:tcBorders>
            <w:tcMar>
              <w:top w:w="45" w:type="dxa"/>
              <w:left w:w="60" w:type="dxa"/>
              <w:bottom w:w="45" w:type="dxa"/>
              <w:right w:w="60" w:type="dxa"/>
            </w:tcMar>
          </w:tcPr>
          <w:p w14:paraId="145D6527" w14:textId="77777777" w:rsidR="00F57796" w:rsidRDefault="00000000">
            <w:pPr>
              <w:spacing w:after="0"/>
            </w:pPr>
            <w:r>
              <w:rPr>
                <w:b/>
              </w:rPr>
              <w:t>School:</w:t>
            </w:r>
          </w:p>
        </w:tc>
        <w:tc>
          <w:tcPr>
            <w:tcW w:w="6409" w:type="dxa"/>
            <w:tcBorders>
              <w:top w:val="nil"/>
              <w:left w:val="nil"/>
              <w:bottom w:val="single" w:sz="5" w:space="0" w:color="B9B9B9"/>
              <w:right w:val="nil"/>
            </w:tcBorders>
            <w:tcMar>
              <w:top w:w="45" w:type="dxa"/>
              <w:left w:w="60" w:type="dxa"/>
              <w:bottom w:w="45" w:type="dxa"/>
              <w:right w:w="60" w:type="dxa"/>
            </w:tcMar>
          </w:tcPr>
          <w:p w14:paraId="5DFE4C27" w14:textId="77777777" w:rsidR="00F57796" w:rsidRDefault="00F57796">
            <w:pPr>
              <w:spacing w:after="0"/>
            </w:pPr>
          </w:p>
        </w:tc>
      </w:tr>
      <w:tr w:rsidR="00F57796" w14:paraId="627859DC" w14:textId="77777777" w:rsidTr="00AF4F35">
        <w:trPr>
          <w:trHeight w:val="241"/>
          <w:jc w:val="center"/>
        </w:trPr>
        <w:tc>
          <w:tcPr>
            <w:tcW w:w="4194" w:type="dxa"/>
            <w:tcBorders>
              <w:top w:val="nil"/>
              <w:left w:val="nil"/>
              <w:bottom w:val="single" w:sz="5" w:space="0" w:color="B9B9B9"/>
              <w:right w:val="nil"/>
            </w:tcBorders>
            <w:tcMar>
              <w:top w:w="45" w:type="dxa"/>
              <w:left w:w="60" w:type="dxa"/>
              <w:bottom w:w="45" w:type="dxa"/>
              <w:right w:w="60" w:type="dxa"/>
            </w:tcMar>
          </w:tcPr>
          <w:p w14:paraId="78429ACA" w14:textId="77777777" w:rsidR="00F57796" w:rsidRDefault="00000000">
            <w:pPr>
              <w:spacing w:after="0"/>
            </w:pPr>
            <w:r>
              <w:rPr>
                <w:b/>
              </w:rPr>
              <w:t>TriBeta District/Region:</w:t>
            </w:r>
          </w:p>
        </w:tc>
        <w:tc>
          <w:tcPr>
            <w:tcW w:w="6409" w:type="dxa"/>
            <w:tcBorders>
              <w:top w:val="nil"/>
              <w:left w:val="nil"/>
              <w:bottom w:val="single" w:sz="5" w:space="0" w:color="B9B9B9"/>
              <w:right w:val="nil"/>
            </w:tcBorders>
            <w:tcMar>
              <w:top w:w="45" w:type="dxa"/>
              <w:left w:w="60" w:type="dxa"/>
              <w:bottom w:w="45" w:type="dxa"/>
              <w:right w:w="60" w:type="dxa"/>
            </w:tcMar>
          </w:tcPr>
          <w:p w14:paraId="2E392CCC" w14:textId="77777777" w:rsidR="00F57796" w:rsidRDefault="00F57796">
            <w:pPr>
              <w:spacing w:after="0"/>
            </w:pPr>
          </w:p>
        </w:tc>
      </w:tr>
      <w:tr w:rsidR="00F57796" w14:paraId="78FB3539" w14:textId="77777777" w:rsidTr="00AF4F35">
        <w:trPr>
          <w:trHeight w:val="241"/>
          <w:jc w:val="center"/>
        </w:trPr>
        <w:tc>
          <w:tcPr>
            <w:tcW w:w="4194" w:type="dxa"/>
            <w:tcBorders>
              <w:top w:val="nil"/>
              <w:left w:val="nil"/>
              <w:bottom w:val="single" w:sz="5" w:space="0" w:color="B9B9B9"/>
              <w:right w:val="nil"/>
            </w:tcBorders>
            <w:tcMar>
              <w:top w:w="45" w:type="dxa"/>
              <w:left w:w="60" w:type="dxa"/>
              <w:bottom w:w="45" w:type="dxa"/>
              <w:right w:w="60" w:type="dxa"/>
            </w:tcMar>
          </w:tcPr>
          <w:p w14:paraId="3E1C3F43" w14:textId="77777777" w:rsidR="00F57796" w:rsidRDefault="00000000">
            <w:pPr>
              <w:spacing w:after="0"/>
            </w:pPr>
            <w:r>
              <w:rPr>
                <w:b/>
              </w:rPr>
              <w:t>Year Chapter Established:</w:t>
            </w:r>
          </w:p>
        </w:tc>
        <w:tc>
          <w:tcPr>
            <w:tcW w:w="6409" w:type="dxa"/>
            <w:tcBorders>
              <w:top w:val="nil"/>
              <w:left w:val="nil"/>
              <w:bottom w:val="single" w:sz="5" w:space="0" w:color="B9B9B9"/>
              <w:right w:val="nil"/>
            </w:tcBorders>
            <w:tcMar>
              <w:top w:w="45" w:type="dxa"/>
              <w:left w:w="60" w:type="dxa"/>
              <w:bottom w:w="45" w:type="dxa"/>
              <w:right w:w="60" w:type="dxa"/>
            </w:tcMar>
          </w:tcPr>
          <w:p w14:paraId="5CB3CE38" w14:textId="77777777" w:rsidR="00F57796" w:rsidRDefault="00F57796">
            <w:pPr>
              <w:spacing w:after="0"/>
            </w:pPr>
          </w:p>
        </w:tc>
      </w:tr>
    </w:tbl>
    <w:p w14:paraId="5835C7B6" w14:textId="77777777" w:rsidR="00F57796" w:rsidRDefault="00F57796">
      <w:pPr>
        <w:spacing w:after="20" w:line="48" w:lineRule="auto"/>
      </w:pPr>
    </w:p>
    <w:tbl>
      <w:tblPr>
        <w:tblW w:w="0" w:type="auto"/>
        <w:jc w:val="center"/>
        <w:tblLayout w:type="fixed"/>
        <w:tblLook w:val="04A0" w:firstRow="1" w:lastRow="0" w:firstColumn="1" w:lastColumn="0" w:noHBand="0" w:noVBand="1"/>
      </w:tblPr>
      <w:tblGrid>
        <w:gridCol w:w="10728"/>
      </w:tblGrid>
      <w:tr w:rsidR="00F57796" w14:paraId="600F61CF" w14:textId="77777777">
        <w:trPr>
          <w:jc w:val="center"/>
        </w:trPr>
        <w:tc>
          <w:tcPr>
            <w:tcW w:w="10728" w:type="dxa"/>
            <w:tcBorders>
              <w:top w:val="nil"/>
              <w:left w:val="nil"/>
              <w:bottom w:val="nil"/>
              <w:right w:val="nil"/>
            </w:tcBorders>
            <w:shd w:val="clear" w:color="auto" w:fill="EFE9DC"/>
            <w:tcMar>
              <w:top w:w="45" w:type="dxa"/>
              <w:left w:w="80" w:type="dxa"/>
              <w:bottom w:w="45" w:type="dxa"/>
              <w:right w:w="80" w:type="dxa"/>
            </w:tcMar>
            <w:vAlign w:val="center"/>
          </w:tcPr>
          <w:p w14:paraId="223B82A3" w14:textId="77777777" w:rsidR="00F57796" w:rsidRDefault="00000000">
            <w:pPr>
              <w:pStyle w:val="SectionBar"/>
              <w:spacing w:after="0"/>
            </w:pPr>
            <w:r>
              <w:t>MEMBERSHIP RECRUITMENT</w:t>
            </w:r>
          </w:p>
        </w:tc>
      </w:tr>
    </w:tbl>
    <w:p w14:paraId="49281DB0" w14:textId="77777777" w:rsidR="00F57796" w:rsidRDefault="00F57796">
      <w:pPr>
        <w:spacing w:after="0" w:line="67" w:lineRule="auto"/>
      </w:pPr>
    </w:p>
    <w:p w14:paraId="2307BA76" w14:textId="77777777" w:rsidR="00F57796" w:rsidRDefault="00000000">
      <w:pPr>
        <w:spacing w:after="20" w:line="247" w:lineRule="auto"/>
      </w:pPr>
      <w:r>
        <w:rPr>
          <w:sz w:val="17"/>
        </w:rPr>
        <w:t>How often do you recruit new members?</w:t>
      </w:r>
    </w:p>
    <w:tbl>
      <w:tblPr>
        <w:tblW w:w="0" w:type="auto"/>
        <w:tblLayout w:type="fixed"/>
        <w:tblLook w:val="04A0" w:firstRow="1" w:lastRow="0" w:firstColumn="1" w:lastColumn="0" w:noHBand="0" w:noVBand="1"/>
      </w:tblPr>
      <w:tblGrid>
        <w:gridCol w:w="3408"/>
        <w:gridCol w:w="3408"/>
        <w:gridCol w:w="3408"/>
      </w:tblGrid>
      <w:tr w:rsidR="00F57796" w14:paraId="5DB0C205" w14:textId="77777777">
        <w:tc>
          <w:tcPr>
            <w:tcW w:w="3408" w:type="dxa"/>
            <w:tcBorders>
              <w:top w:val="nil"/>
              <w:left w:val="nil"/>
              <w:bottom w:val="nil"/>
              <w:right w:val="nil"/>
            </w:tcBorders>
            <w:tcMar>
              <w:top w:w="10" w:type="dxa"/>
              <w:left w:w="60" w:type="dxa"/>
              <w:bottom w:w="10" w:type="dxa"/>
              <w:right w:w="20" w:type="dxa"/>
            </w:tcMar>
          </w:tcPr>
          <w:p w14:paraId="7A890C51" w14:textId="77777777" w:rsidR="00F57796" w:rsidRDefault="00000000">
            <w:pPr>
              <w:spacing w:after="0"/>
            </w:pPr>
            <w:r>
              <w:rPr>
                <w:rFonts w:ascii="DejaVu Sans" w:hAnsi="DejaVu Sans"/>
                <w:sz w:val="17"/>
              </w:rPr>
              <w:t>☐  Once per Year</w:t>
            </w:r>
          </w:p>
        </w:tc>
        <w:tc>
          <w:tcPr>
            <w:tcW w:w="3408" w:type="dxa"/>
            <w:tcBorders>
              <w:top w:val="nil"/>
              <w:left w:val="nil"/>
              <w:bottom w:val="nil"/>
              <w:right w:val="nil"/>
            </w:tcBorders>
            <w:tcMar>
              <w:top w:w="10" w:type="dxa"/>
              <w:left w:w="60" w:type="dxa"/>
              <w:bottom w:w="10" w:type="dxa"/>
              <w:right w:w="20" w:type="dxa"/>
            </w:tcMar>
          </w:tcPr>
          <w:p w14:paraId="76AA7C41" w14:textId="77777777" w:rsidR="00F57796" w:rsidRDefault="00000000">
            <w:pPr>
              <w:spacing w:after="0"/>
            </w:pPr>
            <w:r>
              <w:rPr>
                <w:rFonts w:ascii="DejaVu Sans" w:hAnsi="DejaVu Sans"/>
                <w:sz w:val="17"/>
              </w:rPr>
              <w:t>☐  Twice per Year</w:t>
            </w:r>
          </w:p>
        </w:tc>
        <w:tc>
          <w:tcPr>
            <w:tcW w:w="3408" w:type="dxa"/>
            <w:tcBorders>
              <w:top w:val="nil"/>
              <w:left w:val="nil"/>
              <w:bottom w:val="nil"/>
              <w:right w:val="nil"/>
            </w:tcBorders>
            <w:tcMar>
              <w:top w:w="10" w:type="dxa"/>
              <w:left w:w="60" w:type="dxa"/>
              <w:bottom w:w="10" w:type="dxa"/>
              <w:right w:w="20" w:type="dxa"/>
            </w:tcMar>
          </w:tcPr>
          <w:p w14:paraId="056DBB22" w14:textId="77777777" w:rsidR="00F57796" w:rsidRDefault="00000000">
            <w:pPr>
              <w:spacing w:after="0"/>
            </w:pPr>
            <w:r>
              <w:rPr>
                <w:rFonts w:ascii="DejaVu Sans" w:hAnsi="DejaVu Sans"/>
                <w:sz w:val="17"/>
              </w:rPr>
              <w:t>☐  Other</w:t>
            </w:r>
          </w:p>
        </w:tc>
      </w:tr>
    </w:tbl>
    <w:p w14:paraId="23BF57B0" w14:textId="77777777" w:rsidR="00141CBD" w:rsidRDefault="00141CBD">
      <w:pPr>
        <w:spacing w:after="20" w:line="247" w:lineRule="auto"/>
        <w:rPr>
          <w:sz w:val="17"/>
        </w:rPr>
      </w:pPr>
    </w:p>
    <w:p w14:paraId="61101C45" w14:textId="635A8C25" w:rsidR="00F57796" w:rsidRDefault="00000000">
      <w:pPr>
        <w:spacing w:after="20" w:line="247" w:lineRule="auto"/>
      </w:pPr>
      <w:r>
        <w:rPr>
          <w:sz w:val="17"/>
        </w:rPr>
        <w:t>Please select the membership types your chapter recruits for new members to be inducted.</w:t>
      </w:r>
    </w:p>
    <w:tbl>
      <w:tblPr>
        <w:tblW w:w="0" w:type="auto"/>
        <w:tblLayout w:type="fixed"/>
        <w:tblLook w:val="04A0" w:firstRow="1" w:lastRow="0" w:firstColumn="1" w:lastColumn="0" w:noHBand="0" w:noVBand="1"/>
      </w:tblPr>
      <w:tblGrid>
        <w:gridCol w:w="5040"/>
        <w:gridCol w:w="5688"/>
      </w:tblGrid>
      <w:tr w:rsidR="00F57796" w14:paraId="5998E533" w14:textId="77777777">
        <w:tc>
          <w:tcPr>
            <w:tcW w:w="5040" w:type="dxa"/>
            <w:tcBorders>
              <w:top w:val="nil"/>
              <w:left w:val="nil"/>
              <w:bottom w:val="nil"/>
              <w:right w:val="nil"/>
            </w:tcBorders>
            <w:tcMar>
              <w:top w:w="18" w:type="dxa"/>
              <w:left w:w="80" w:type="dxa"/>
              <w:bottom w:w="18" w:type="dxa"/>
              <w:right w:w="40" w:type="dxa"/>
            </w:tcMar>
          </w:tcPr>
          <w:p w14:paraId="421976D5" w14:textId="77777777" w:rsidR="00F57796" w:rsidRDefault="00000000">
            <w:pPr>
              <w:spacing w:after="0"/>
            </w:pPr>
            <w:r>
              <w:rPr>
                <w:rFonts w:ascii="DejaVu Sans" w:hAnsi="DejaVu Sans"/>
                <w:sz w:val="17"/>
              </w:rPr>
              <w:t>☐  Associate</w:t>
            </w:r>
          </w:p>
        </w:tc>
        <w:tc>
          <w:tcPr>
            <w:tcW w:w="5040" w:type="dxa"/>
            <w:tcBorders>
              <w:top w:val="nil"/>
              <w:left w:val="nil"/>
              <w:bottom w:val="nil"/>
              <w:right w:val="nil"/>
            </w:tcBorders>
            <w:tcMar>
              <w:top w:w="18" w:type="dxa"/>
              <w:left w:w="80" w:type="dxa"/>
              <w:bottom w:w="18" w:type="dxa"/>
              <w:right w:w="40" w:type="dxa"/>
            </w:tcMar>
          </w:tcPr>
          <w:p w14:paraId="65F09534" w14:textId="77777777" w:rsidR="00F57796" w:rsidRDefault="00000000">
            <w:pPr>
              <w:spacing w:after="0"/>
            </w:pPr>
            <w:r>
              <w:rPr>
                <w:rFonts w:ascii="DejaVu Sans" w:hAnsi="DejaVu Sans"/>
                <w:sz w:val="17"/>
              </w:rPr>
              <w:t>☐  Promoted</w:t>
            </w:r>
          </w:p>
        </w:tc>
      </w:tr>
      <w:tr w:rsidR="00F57796" w14:paraId="16F7C56B" w14:textId="77777777">
        <w:tc>
          <w:tcPr>
            <w:tcW w:w="5040" w:type="dxa"/>
            <w:tcBorders>
              <w:top w:val="nil"/>
              <w:left w:val="nil"/>
              <w:bottom w:val="nil"/>
              <w:right w:val="nil"/>
            </w:tcBorders>
            <w:tcMar>
              <w:top w:w="18" w:type="dxa"/>
              <w:left w:w="80" w:type="dxa"/>
              <w:bottom w:w="18" w:type="dxa"/>
              <w:right w:w="40" w:type="dxa"/>
            </w:tcMar>
          </w:tcPr>
          <w:p w14:paraId="599DB24A" w14:textId="77777777" w:rsidR="00F57796" w:rsidRDefault="00000000">
            <w:pPr>
              <w:spacing w:after="0"/>
            </w:pPr>
            <w:r>
              <w:rPr>
                <w:rFonts w:ascii="DejaVu Sans" w:hAnsi="DejaVu Sans"/>
                <w:sz w:val="17"/>
              </w:rPr>
              <w:t>☐  Regular</w:t>
            </w:r>
          </w:p>
        </w:tc>
        <w:tc>
          <w:tcPr>
            <w:tcW w:w="5040" w:type="dxa"/>
            <w:tcBorders>
              <w:top w:val="nil"/>
              <w:left w:val="nil"/>
              <w:bottom w:val="nil"/>
              <w:right w:val="nil"/>
            </w:tcBorders>
            <w:tcMar>
              <w:top w:w="18" w:type="dxa"/>
              <w:left w:w="80" w:type="dxa"/>
              <w:bottom w:w="18" w:type="dxa"/>
              <w:right w:w="40" w:type="dxa"/>
            </w:tcMar>
          </w:tcPr>
          <w:p w14:paraId="0326A3B8" w14:textId="77777777" w:rsidR="00F57796" w:rsidRDefault="00000000">
            <w:pPr>
              <w:spacing w:after="0"/>
              <w:rPr>
                <w:rFonts w:ascii="DejaVu Sans" w:hAnsi="DejaVu Sans" w:hint="eastAsia"/>
                <w:sz w:val="17"/>
              </w:rPr>
            </w:pPr>
            <w:proofErr w:type="gramStart"/>
            <w:r>
              <w:rPr>
                <w:rFonts w:ascii="DejaVu Sans" w:hAnsi="DejaVu Sans"/>
                <w:sz w:val="17"/>
              </w:rPr>
              <w:t>☐  Graduate</w:t>
            </w:r>
            <w:proofErr w:type="gramEnd"/>
          </w:p>
          <w:p w14:paraId="11CD95C8" w14:textId="77777777" w:rsidR="00141CBD" w:rsidRDefault="00141CBD">
            <w:pPr>
              <w:spacing w:after="0"/>
            </w:pPr>
          </w:p>
        </w:tc>
      </w:tr>
      <w:tr w:rsidR="00F57796" w14:paraId="28E01BD5" w14:textId="77777777">
        <w:tblPrEx>
          <w:jc w:val="center"/>
        </w:tblPrEx>
        <w:trPr>
          <w:jc w:val="center"/>
        </w:trPr>
        <w:tc>
          <w:tcPr>
            <w:tcW w:w="10728" w:type="dxa"/>
            <w:gridSpan w:val="2"/>
            <w:tcBorders>
              <w:top w:val="nil"/>
              <w:left w:val="nil"/>
              <w:bottom w:val="nil"/>
              <w:right w:val="nil"/>
            </w:tcBorders>
            <w:shd w:val="clear" w:color="auto" w:fill="EFE9DC"/>
            <w:tcMar>
              <w:top w:w="45" w:type="dxa"/>
              <w:left w:w="80" w:type="dxa"/>
              <w:bottom w:w="45" w:type="dxa"/>
              <w:right w:w="80" w:type="dxa"/>
            </w:tcMar>
            <w:vAlign w:val="center"/>
          </w:tcPr>
          <w:p w14:paraId="3A5D5058" w14:textId="77777777" w:rsidR="00F57796" w:rsidRDefault="00000000">
            <w:pPr>
              <w:pStyle w:val="SectionBar"/>
              <w:spacing w:after="0"/>
            </w:pPr>
            <w:r>
              <w:t>REGISTERED MEMBERS</w:t>
            </w:r>
          </w:p>
        </w:tc>
      </w:tr>
    </w:tbl>
    <w:p w14:paraId="38988861" w14:textId="77777777" w:rsidR="00F57796" w:rsidRDefault="00F57796">
      <w:pPr>
        <w:spacing w:after="0" w:line="67" w:lineRule="auto"/>
      </w:pPr>
    </w:p>
    <w:p w14:paraId="4EB4CE73" w14:textId="77777777" w:rsidR="00F57796" w:rsidRDefault="00000000">
      <w:pPr>
        <w:spacing w:after="40" w:line="247" w:lineRule="auto"/>
      </w:pPr>
      <w:r>
        <w:rPr>
          <w:sz w:val="16"/>
        </w:rPr>
        <w:t>Include total new members who were registered with the national office from Fall 2025 to end of Summer 2026 (membership/induction date 9/1/2025 - 8/31/2026). Do NOT include members enrolled before or after these dates.</w:t>
      </w:r>
    </w:p>
    <w:tbl>
      <w:tblPr>
        <w:tblW w:w="0" w:type="auto"/>
        <w:jc w:val="center"/>
        <w:tblLayout w:type="fixed"/>
        <w:tblLook w:val="04A0" w:firstRow="1" w:lastRow="0" w:firstColumn="1" w:lastColumn="0" w:noHBand="0" w:noVBand="1"/>
      </w:tblPr>
      <w:tblGrid>
        <w:gridCol w:w="2142"/>
        <w:gridCol w:w="2250"/>
      </w:tblGrid>
      <w:tr w:rsidR="00F57796" w:rsidRPr="00AF4F35" w14:paraId="0442EC1F" w14:textId="77777777" w:rsidTr="00AF4F35">
        <w:trPr>
          <w:cantSplit/>
          <w:trHeight w:hRule="exact" w:val="406"/>
          <w:tblHeader/>
          <w:jc w:val="center"/>
        </w:trPr>
        <w:tc>
          <w:tcPr>
            <w:tcW w:w="2142"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0960EA1F" w14:textId="77777777" w:rsidR="00F57796" w:rsidRPr="00AF4F35" w:rsidRDefault="00000000">
            <w:pPr>
              <w:spacing w:after="0" w:line="240" w:lineRule="auto"/>
              <w:jc w:val="center"/>
              <w:rPr>
                <w:color w:val="auto"/>
              </w:rPr>
            </w:pPr>
            <w:r w:rsidRPr="00AF4F35">
              <w:rPr>
                <w:b/>
                <w:color w:val="auto"/>
                <w:sz w:val="15"/>
              </w:rPr>
              <w:t>MEMBER TYPE</w:t>
            </w:r>
          </w:p>
        </w:tc>
        <w:tc>
          <w:tcPr>
            <w:tcW w:w="2250"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660260A8" w14:textId="77777777" w:rsidR="00F57796" w:rsidRPr="00AF4F35" w:rsidRDefault="00000000">
            <w:pPr>
              <w:spacing w:after="0" w:line="240" w:lineRule="auto"/>
              <w:jc w:val="center"/>
              <w:rPr>
                <w:color w:val="auto"/>
              </w:rPr>
            </w:pPr>
            <w:r w:rsidRPr="00AF4F35">
              <w:rPr>
                <w:b/>
                <w:color w:val="auto"/>
                <w:sz w:val="15"/>
              </w:rPr>
              <w:t>NEW MEMBERS REGISTERED</w:t>
            </w:r>
          </w:p>
        </w:tc>
      </w:tr>
      <w:tr w:rsidR="00F57796" w14:paraId="5484E426" w14:textId="77777777" w:rsidTr="00AF4F35">
        <w:trPr>
          <w:cantSplit/>
          <w:trHeight w:hRule="exact" w:val="346"/>
          <w:jc w:val="center"/>
        </w:trPr>
        <w:tc>
          <w:tcPr>
            <w:tcW w:w="2142"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66901A2" w14:textId="77777777" w:rsidR="00F57796" w:rsidRDefault="00000000">
            <w:pPr>
              <w:spacing w:after="0" w:line="240" w:lineRule="auto"/>
            </w:pPr>
            <w:r>
              <w:rPr>
                <w:sz w:val="16"/>
              </w:rPr>
              <w:t>Regular</w:t>
            </w:r>
          </w:p>
        </w:tc>
        <w:tc>
          <w:tcPr>
            <w:tcW w:w="2250"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570694F" w14:textId="77777777" w:rsidR="00F57796" w:rsidRDefault="00F57796">
            <w:pPr>
              <w:spacing w:after="0" w:line="240" w:lineRule="auto"/>
            </w:pPr>
          </w:p>
        </w:tc>
      </w:tr>
      <w:tr w:rsidR="00F57796" w14:paraId="3F784ED6" w14:textId="77777777" w:rsidTr="00AF4F35">
        <w:trPr>
          <w:cantSplit/>
          <w:trHeight w:hRule="exact" w:val="346"/>
          <w:jc w:val="center"/>
        </w:trPr>
        <w:tc>
          <w:tcPr>
            <w:tcW w:w="214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9316797" w14:textId="77777777" w:rsidR="00F57796" w:rsidRDefault="00000000">
            <w:pPr>
              <w:spacing w:after="0" w:line="240" w:lineRule="auto"/>
            </w:pPr>
            <w:r>
              <w:rPr>
                <w:sz w:val="16"/>
              </w:rPr>
              <w:t>Graduate</w:t>
            </w:r>
          </w:p>
        </w:tc>
        <w:tc>
          <w:tcPr>
            <w:tcW w:w="225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75FC0E8" w14:textId="77777777" w:rsidR="00F57796" w:rsidRDefault="00F57796">
            <w:pPr>
              <w:spacing w:after="0" w:line="240" w:lineRule="auto"/>
            </w:pPr>
          </w:p>
        </w:tc>
      </w:tr>
      <w:tr w:rsidR="00F57796" w14:paraId="03CC60D8" w14:textId="77777777" w:rsidTr="00AF4F35">
        <w:trPr>
          <w:cantSplit/>
          <w:trHeight w:hRule="exact" w:val="346"/>
          <w:jc w:val="center"/>
        </w:trPr>
        <w:tc>
          <w:tcPr>
            <w:tcW w:w="214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5753752" w14:textId="77777777" w:rsidR="00F57796" w:rsidRDefault="00000000">
            <w:pPr>
              <w:spacing w:after="0" w:line="240" w:lineRule="auto"/>
            </w:pPr>
            <w:r>
              <w:rPr>
                <w:sz w:val="16"/>
              </w:rPr>
              <w:t>Promoted</w:t>
            </w:r>
          </w:p>
        </w:tc>
        <w:tc>
          <w:tcPr>
            <w:tcW w:w="225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CD7F484" w14:textId="77777777" w:rsidR="00F57796" w:rsidRDefault="00F57796">
            <w:pPr>
              <w:spacing w:after="0" w:line="240" w:lineRule="auto"/>
            </w:pPr>
          </w:p>
        </w:tc>
      </w:tr>
      <w:tr w:rsidR="00F57796" w14:paraId="309F49C4" w14:textId="77777777" w:rsidTr="00AF4F35">
        <w:trPr>
          <w:cantSplit/>
          <w:trHeight w:hRule="exact" w:val="346"/>
          <w:jc w:val="center"/>
        </w:trPr>
        <w:tc>
          <w:tcPr>
            <w:tcW w:w="214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2ABFFBB" w14:textId="77777777" w:rsidR="00F57796" w:rsidRDefault="00000000">
            <w:pPr>
              <w:spacing w:after="0" w:line="240" w:lineRule="auto"/>
            </w:pPr>
            <w:r>
              <w:rPr>
                <w:sz w:val="16"/>
              </w:rPr>
              <w:t>Associate</w:t>
            </w:r>
          </w:p>
        </w:tc>
        <w:tc>
          <w:tcPr>
            <w:tcW w:w="225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B7E8ACB" w14:textId="77777777" w:rsidR="00F57796" w:rsidRDefault="00F57796">
            <w:pPr>
              <w:spacing w:after="0" w:line="240" w:lineRule="auto"/>
            </w:pPr>
          </w:p>
        </w:tc>
      </w:tr>
      <w:tr w:rsidR="00F57796" w14:paraId="1A34C0D5" w14:textId="77777777" w:rsidTr="00AF4F35">
        <w:trPr>
          <w:cantSplit/>
          <w:trHeight w:hRule="exact" w:val="346"/>
          <w:jc w:val="center"/>
        </w:trPr>
        <w:tc>
          <w:tcPr>
            <w:tcW w:w="214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9DDAAA2" w14:textId="77777777" w:rsidR="00F57796" w:rsidRDefault="00000000">
            <w:pPr>
              <w:spacing w:after="0" w:line="240" w:lineRule="auto"/>
            </w:pPr>
            <w:r>
              <w:rPr>
                <w:sz w:val="16"/>
              </w:rPr>
              <w:t>Honorary</w:t>
            </w:r>
          </w:p>
        </w:tc>
        <w:tc>
          <w:tcPr>
            <w:tcW w:w="225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7E7FF29" w14:textId="77777777" w:rsidR="00F57796" w:rsidRDefault="00F57796">
            <w:pPr>
              <w:spacing w:after="0" w:line="240" w:lineRule="auto"/>
            </w:pPr>
          </w:p>
        </w:tc>
      </w:tr>
      <w:tr w:rsidR="00F57796" w14:paraId="4AC61C5A" w14:textId="77777777" w:rsidTr="00AF4F35">
        <w:trPr>
          <w:cantSplit/>
          <w:trHeight w:hRule="exact" w:val="346"/>
          <w:jc w:val="center"/>
        </w:trPr>
        <w:tc>
          <w:tcPr>
            <w:tcW w:w="214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4D66572" w14:textId="77777777" w:rsidR="00F57796" w:rsidRDefault="00000000">
            <w:pPr>
              <w:spacing w:after="0" w:line="240" w:lineRule="auto"/>
            </w:pPr>
            <w:r>
              <w:rPr>
                <w:b/>
                <w:sz w:val="16"/>
              </w:rPr>
              <w:t>TOTAL</w:t>
            </w:r>
          </w:p>
        </w:tc>
        <w:tc>
          <w:tcPr>
            <w:tcW w:w="225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FFEBDD9" w14:textId="77777777" w:rsidR="00F57796" w:rsidRDefault="00F57796">
            <w:pPr>
              <w:spacing w:after="0" w:line="240" w:lineRule="auto"/>
            </w:pPr>
          </w:p>
        </w:tc>
      </w:tr>
    </w:tbl>
    <w:p w14:paraId="0D981DD1" w14:textId="77777777" w:rsidR="00141CBD" w:rsidRDefault="00141CBD">
      <w:pPr>
        <w:spacing w:after="40" w:line="247" w:lineRule="auto"/>
        <w:rPr>
          <w:sz w:val="16"/>
        </w:rPr>
      </w:pPr>
    </w:p>
    <w:p w14:paraId="2D3A7F77" w14:textId="1ED4D724" w:rsidR="00F57796" w:rsidRDefault="00000000">
      <w:pPr>
        <w:spacing w:after="40" w:line="247" w:lineRule="auto"/>
      </w:pPr>
      <w:r>
        <w:rPr>
          <w:sz w:val="16"/>
        </w:rPr>
        <w:t xml:space="preserve">How many total registered active members did your chapter have for this academic year (Fall 2025 to end of Summer 2026, 9/1/2025 - 8/31/2026)? </w:t>
      </w:r>
      <w:r w:rsidR="00E21D4F">
        <w:rPr>
          <w:sz w:val="16"/>
        </w:rPr>
        <w:br/>
      </w:r>
      <w:r>
        <w:rPr>
          <w:sz w:val="16"/>
        </w:rPr>
        <w:t>Please include graduate, honorary, and promoted members with the total of Regular members.</w:t>
      </w:r>
    </w:p>
    <w:tbl>
      <w:tblPr>
        <w:tblW w:w="0" w:type="auto"/>
        <w:jc w:val="center"/>
        <w:tblLayout w:type="fixed"/>
        <w:tblLook w:val="04A0" w:firstRow="1" w:lastRow="0" w:firstColumn="1" w:lastColumn="0" w:noHBand="0" w:noVBand="1"/>
      </w:tblPr>
      <w:tblGrid>
        <w:gridCol w:w="5040"/>
        <w:gridCol w:w="5713"/>
      </w:tblGrid>
      <w:tr w:rsidR="00F57796" w:rsidRPr="00AF4F35" w14:paraId="69FEF7F6" w14:textId="77777777" w:rsidTr="00141CBD">
        <w:trPr>
          <w:cantSplit/>
          <w:trHeight w:hRule="exact" w:val="389"/>
          <w:tblHeader/>
          <w:jc w:val="center"/>
        </w:trPr>
        <w:tc>
          <w:tcPr>
            <w:tcW w:w="5040"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3838B8BF" w14:textId="77777777" w:rsidR="00F57796" w:rsidRPr="00AF4F35" w:rsidRDefault="00000000">
            <w:pPr>
              <w:spacing w:after="0" w:line="240" w:lineRule="auto"/>
              <w:jc w:val="center"/>
              <w:rPr>
                <w:color w:val="auto"/>
              </w:rPr>
            </w:pPr>
            <w:r w:rsidRPr="00AF4F35">
              <w:rPr>
                <w:b/>
                <w:color w:val="auto"/>
                <w:sz w:val="15"/>
              </w:rPr>
              <w:t>MEMBER TYPE</w:t>
            </w:r>
          </w:p>
        </w:tc>
        <w:tc>
          <w:tcPr>
            <w:tcW w:w="5713"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731439EC" w14:textId="77777777" w:rsidR="00F57796" w:rsidRPr="00AF4F35" w:rsidRDefault="00000000">
            <w:pPr>
              <w:spacing w:after="0" w:line="240" w:lineRule="auto"/>
              <w:jc w:val="center"/>
              <w:rPr>
                <w:color w:val="auto"/>
              </w:rPr>
            </w:pPr>
            <w:r w:rsidRPr="00AF4F35">
              <w:rPr>
                <w:b/>
                <w:color w:val="auto"/>
                <w:sz w:val="15"/>
              </w:rPr>
              <w:t>TOTAL ACTIVE MEMBERS</w:t>
            </w:r>
          </w:p>
        </w:tc>
      </w:tr>
      <w:tr w:rsidR="00F57796" w14:paraId="55B9BB55" w14:textId="77777777" w:rsidTr="00141CBD">
        <w:trPr>
          <w:cantSplit/>
          <w:trHeight w:hRule="exact" w:val="331"/>
          <w:jc w:val="center"/>
        </w:trPr>
        <w:tc>
          <w:tcPr>
            <w:tcW w:w="5040"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57B817D" w14:textId="77777777" w:rsidR="00F57796" w:rsidRDefault="00000000">
            <w:pPr>
              <w:spacing w:after="0" w:line="240" w:lineRule="auto"/>
            </w:pPr>
            <w:r>
              <w:rPr>
                <w:sz w:val="16"/>
              </w:rPr>
              <w:t>Regular</w:t>
            </w:r>
          </w:p>
        </w:tc>
        <w:tc>
          <w:tcPr>
            <w:tcW w:w="5713"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E23928C" w14:textId="77777777" w:rsidR="00F57796" w:rsidRDefault="00F57796">
            <w:pPr>
              <w:spacing w:after="0" w:line="240" w:lineRule="auto"/>
            </w:pPr>
          </w:p>
        </w:tc>
      </w:tr>
      <w:tr w:rsidR="00F57796" w14:paraId="159F8D65" w14:textId="77777777" w:rsidTr="00141CBD">
        <w:trPr>
          <w:cantSplit/>
          <w:trHeight w:hRule="exact" w:val="331"/>
          <w:jc w:val="center"/>
        </w:trPr>
        <w:tc>
          <w:tcPr>
            <w:tcW w:w="504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15487BE" w14:textId="77777777" w:rsidR="00F57796" w:rsidRDefault="00000000">
            <w:pPr>
              <w:spacing w:after="0" w:line="240" w:lineRule="auto"/>
            </w:pPr>
            <w:r>
              <w:rPr>
                <w:sz w:val="16"/>
              </w:rPr>
              <w:t>Associate</w:t>
            </w:r>
          </w:p>
        </w:tc>
        <w:tc>
          <w:tcPr>
            <w:tcW w:w="5713"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2E85206" w14:textId="77777777" w:rsidR="00F57796" w:rsidRDefault="00F57796">
            <w:pPr>
              <w:spacing w:after="0" w:line="240" w:lineRule="auto"/>
            </w:pPr>
          </w:p>
        </w:tc>
      </w:tr>
      <w:tr w:rsidR="00F57796" w14:paraId="78A7EED2" w14:textId="77777777" w:rsidTr="00141CBD">
        <w:trPr>
          <w:cantSplit/>
          <w:trHeight w:hRule="exact" w:val="331"/>
          <w:jc w:val="center"/>
        </w:trPr>
        <w:tc>
          <w:tcPr>
            <w:tcW w:w="504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5000DAC" w14:textId="77777777" w:rsidR="00F57796" w:rsidRDefault="00000000">
            <w:pPr>
              <w:spacing w:after="0" w:line="240" w:lineRule="auto"/>
            </w:pPr>
            <w:r>
              <w:rPr>
                <w:b/>
                <w:sz w:val="16"/>
              </w:rPr>
              <w:t>TOTAL</w:t>
            </w:r>
          </w:p>
        </w:tc>
        <w:tc>
          <w:tcPr>
            <w:tcW w:w="5713"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E1938E2" w14:textId="77777777" w:rsidR="00F57796" w:rsidRDefault="00F57796">
            <w:pPr>
              <w:spacing w:after="0" w:line="240" w:lineRule="auto"/>
            </w:pPr>
          </w:p>
        </w:tc>
      </w:tr>
    </w:tbl>
    <w:p w14:paraId="79B4B4D9" w14:textId="77777777" w:rsidR="00141CBD" w:rsidRDefault="00141CBD">
      <w:pPr>
        <w:spacing w:after="0"/>
      </w:pPr>
    </w:p>
    <w:tbl>
      <w:tblPr>
        <w:tblW w:w="0" w:type="auto"/>
        <w:jc w:val="center"/>
        <w:tblLayout w:type="fixed"/>
        <w:tblLook w:val="04A0" w:firstRow="1" w:lastRow="0" w:firstColumn="1" w:lastColumn="0" w:noHBand="0" w:noVBand="1"/>
      </w:tblPr>
      <w:tblGrid>
        <w:gridCol w:w="10728"/>
      </w:tblGrid>
      <w:tr w:rsidR="00141CBD" w14:paraId="7E26A684" w14:textId="77777777" w:rsidTr="00786F29">
        <w:trPr>
          <w:jc w:val="center"/>
        </w:trPr>
        <w:tc>
          <w:tcPr>
            <w:tcW w:w="10728" w:type="dxa"/>
            <w:tcBorders>
              <w:top w:val="nil"/>
              <w:left w:val="nil"/>
              <w:bottom w:val="nil"/>
              <w:right w:val="nil"/>
            </w:tcBorders>
            <w:shd w:val="clear" w:color="auto" w:fill="EFE9DC"/>
            <w:tcMar>
              <w:top w:w="45" w:type="dxa"/>
              <w:left w:w="80" w:type="dxa"/>
              <w:bottom w:w="45" w:type="dxa"/>
              <w:right w:w="80" w:type="dxa"/>
            </w:tcMar>
            <w:vAlign w:val="center"/>
          </w:tcPr>
          <w:p w14:paraId="248ADC00" w14:textId="77777777" w:rsidR="00141CBD" w:rsidRDefault="00141CBD" w:rsidP="00786F29">
            <w:pPr>
              <w:pStyle w:val="SectionBar"/>
              <w:spacing w:after="0"/>
            </w:pPr>
            <w:r>
              <w:t>ACTIVE MEMBER DEFINITION</w:t>
            </w:r>
          </w:p>
        </w:tc>
      </w:tr>
    </w:tbl>
    <w:p w14:paraId="2BCF10D6" w14:textId="77777777" w:rsidR="00141CBD" w:rsidRDefault="00141CBD" w:rsidP="00141CBD">
      <w:pPr>
        <w:spacing w:after="0" w:line="67" w:lineRule="auto"/>
      </w:pPr>
    </w:p>
    <w:p w14:paraId="41C5B763" w14:textId="77777777" w:rsidR="00141CBD" w:rsidRDefault="00141CBD" w:rsidP="00141CBD">
      <w:pPr>
        <w:spacing w:after="40" w:line="247" w:lineRule="auto"/>
      </w:pPr>
      <w:r>
        <w:rPr>
          <w:sz w:val="16"/>
        </w:rPr>
        <w:t>Please provide details on how your chapter defines an active member. Please limit your response to 3-5 sentences.</w:t>
      </w:r>
    </w:p>
    <w:tbl>
      <w:tblPr>
        <w:tblW w:w="0" w:type="auto"/>
        <w:jc w:val="center"/>
        <w:tblLayout w:type="fixed"/>
        <w:tblLook w:val="04A0" w:firstRow="1" w:lastRow="0" w:firstColumn="1" w:lastColumn="0" w:noHBand="0" w:noVBand="1"/>
      </w:tblPr>
      <w:tblGrid>
        <w:gridCol w:w="10728"/>
      </w:tblGrid>
      <w:tr w:rsidR="00141CBD" w14:paraId="3355ABFC" w14:textId="77777777" w:rsidTr="00786F29">
        <w:trPr>
          <w:trHeight w:val="1037"/>
          <w:jc w:val="center"/>
        </w:trPr>
        <w:tc>
          <w:tcPr>
            <w:tcW w:w="10728" w:type="dxa"/>
            <w:tcBorders>
              <w:top w:val="single" w:sz="5" w:space="0" w:color="B7B7B7"/>
              <w:left w:val="single" w:sz="5" w:space="0" w:color="B7B7B7"/>
              <w:bottom w:val="single" w:sz="5" w:space="0" w:color="B7B7B7"/>
              <w:right w:val="single" w:sz="5" w:space="0" w:color="B7B7B7"/>
            </w:tcBorders>
            <w:shd w:val="clear" w:color="auto" w:fill="FBFBFA"/>
            <w:tcMar>
              <w:top w:w="80" w:type="dxa"/>
              <w:left w:w="90" w:type="dxa"/>
              <w:bottom w:w="80" w:type="dxa"/>
              <w:right w:w="90" w:type="dxa"/>
            </w:tcMar>
          </w:tcPr>
          <w:p w14:paraId="59191C0B" w14:textId="77777777" w:rsidR="00141CBD" w:rsidRDefault="00141CBD" w:rsidP="00786F29"/>
        </w:tc>
      </w:tr>
    </w:tbl>
    <w:p w14:paraId="15144B2B" w14:textId="07B30432" w:rsidR="00F57796" w:rsidRDefault="00000000">
      <w:pPr>
        <w:spacing w:after="0"/>
      </w:pPr>
      <w:r>
        <w:br w:type="page"/>
      </w:r>
    </w:p>
    <w:tbl>
      <w:tblPr>
        <w:tblW w:w="0" w:type="auto"/>
        <w:jc w:val="center"/>
        <w:tblLayout w:type="fixed"/>
        <w:tblLook w:val="04A0" w:firstRow="1" w:lastRow="0" w:firstColumn="1" w:lastColumn="0" w:noHBand="0" w:noVBand="1"/>
      </w:tblPr>
      <w:tblGrid>
        <w:gridCol w:w="10728"/>
      </w:tblGrid>
      <w:tr w:rsidR="00F57796" w14:paraId="48B3A384" w14:textId="77777777">
        <w:trPr>
          <w:jc w:val="center"/>
        </w:trPr>
        <w:tc>
          <w:tcPr>
            <w:tcW w:w="10728" w:type="dxa"/>
            <w:tcBorders>
              <w:top w:val="single" w:sz="6" w:space="0" w:color="B59645"/>
              <w:left w:val="nil"/>
              <w:bottom w:val="single" w:sz="6" w:space="0" w:color="B59645"/>
              <w:right w:val="nil"/>
            </w:tcBorders>
            <w:shd w:val="clear" w:color="auto" w:fill="EFE9DC"/>
            <w:tcMar>
              <w:top w:w="75" w:type="dxa"/>
              <w:left w:w="100" w:type="dxa"/>
              <w:bottom w:w="75" w:type="dxa"/>
              <w:right w:w="100" w:type="dxa"/>
            </w:tcMar>
          </w:tcPr>
          <w:p w14:paraId="4694775A" w14:textId="77777777" w:rsidR="00F57796" w:rsidRDefault="00000000">
            <w:pPr>
              <w:spacing w:after="0"/>
              <w:jc w:val="center"/>
            </w:pPr>
            <w:r>
              <w:rPr>
                <w:b/>
                <w:color w:val="8C6B22"/>
                <w:sz w:val="23"/>
              </w:rPr>
              <w:lastRenderedPageBreak/>
              <w:t>CHAPTER OFFICERS</w:t>
            </w:r>
          </w:p>
        </w:tc>
      </w:tr>
    </w:tbl>
    <w:p w14:paraId="2E94E768" w14:textId="77777777" w:rsidR="00F57796" w:rsidRDefault="00F57796">
      <w:pPr>
        <w:spacing w:after="20" w:line="48" w:lineRule="auto"/>
      </w:pPr>
    </w:p>
    <w:p w14:paraId="217E3C34" w14:textId="77777777" w:rsidR="00F57796" w:rsidRDefault="00000000">
      <w:pPr>
        <w:spacing w:after="120" w:line="247" w:lineRule="auto"/>
      </w:pPr>
      <w:r>
        <w:t>Please provide the chapter officers for this past academic year. If other positions are held with your chapter, list those at the bottom.</w:t>
      </w:r>
    </w:p>
    <w:tbl>
      <w:tblPr>
        <w:tblW w:w="0" w:type="auto"/>
        <w:jc w:val="center"/>
        <w:tblLayout w:type="fixed"/>
        <w:tblLook w:val="04A0" w:firstRow="1" w:lastRow="0" w:firstColumn="1" w:lastColumn="0" w:noHBand="0" w:noVBand="1"/>
      </w:tblPr>
      <w:tblGrid>
        <w:gridCol w:w="4320"/>
        <w:gridCol w:w="6408"/>
      </w:tblGrid>
      <w:tr w:rsidR="00F57796" w:rsidRPr="00AF4F35" w14:paraId="1E770663" w14:textId="77777777" w:rsidTr="00AF4F35">
        <w:trPr>
          <w:cantSplit/>
          <w:trHeight w:hRule="exact" w:val="691"/>
          <w:tblHeader/>
          <w:jc w:val="center"/>
        </w:trPr>
        <w:tc>
          <w:tcPr>
            <w:tcW w:w="4320"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02D84BF2" w14:textId="77777777" w:rsidR="00F57796" w:rsidRPr="00AF4F35" w:rsidRDefault="00000000">
            <w:pPr>
              <w:spacing w:after="0" w:line="240" w:lineRule="auto"/>
              <w:jc w:val="center"/>
              <w:rPr>
                <w:color w:val="auto"/>
              </w:rPr>
            </w:pPr>
            <w:r w:rsidRPr="00AF4F35">
              <w:rPr>
                <w:b/>
                <w:color w:val="auto"/>
                <w:sz w:val="17"/>
              </w:rPr>
              <w:t>CHAPTER OFFICE</w:t>
            </w:r>
          </w:p>
        </w:tc>
        <w:tc>
          <w:tcPr>
            <w:tcW w:w="6408"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3EE6271B" w14:textId="77777777" w:rsidR="00F57796" w:rsidRPr="00AF4F35" w:rsidRDefault="00000000">
            <w:pPr>
              <w:spacing w:after="0" w:line="240" w:lineRule="auto"/>
              <w:jc w:val="center"/>
              <w:rPr>
                <w:color w:val="auto"/>
              </w:rPr>
            </w:pPr>
            <w:r w:rsidRPr="00AF4F35">
              <w:rPr>
                <w:b/>
                <w:color w:val="auto"/>
                <w:sz w:val="17"/>
              </w:rPr>
              <w:t>MEMBER NAME(S)</w:t>
            </w:r>
          </w:p>
        </w:tc>
      </w:tr>
      <w:tr w:rsidR="00F57796" w14:paraId="6EEE4F7F" w14:textId="77777777" w:rsidTr="00AF4F35">
        <w:trPr>
          <w:cantSplit/>
          <w:trHeight w:hRule="exact" w:val="691"/>
          <w:jc w:val="center"/>
        </w:trPr>
        <w:tc>
          <w:tcPr>
            <w:tcW w:w="4320" w:type="dxa"/>
            <w:tcBorders>
              <w:top w:val="single" w:sz="6" w:space="0" w:color="8C8C8C"/>
              <w:left w:val="single" w:sz="5" w:space="0" w:color="8C8C8C"/>
              <w:bottom w:val="single" w:sz="5" w:space="0" w:color="8C8C8C"/>
              <w:right w:val="single" w:sz="5" w:space="0" w:color="8C8C8C"/>
            </w:tcBorders>
            <w:shd w:val="clear" w:color="auto" w:fill="F7F3EB"/>
            <w:tcMar>
              <w:top w:w="35" w:type="dxa"/>
              <w:left w:w="55" w:type="dxa"/>
              <w:bottom w:w="35" w:type="dxa"/>
              <w:right w:w="55" w:type="dxa"/>
            </w:tcMar>
            <w:vAlign w:val="center"/>
          </w:tcPr>
          <w:p w14:paraId="573CCAB2" w14:textId="77777777" w:rsidR="00F57796" w:rsidRDefault="00000000">
            <w:pPr>
              <w:spacing w:after="0" w:line="240" w:lineRule="auto"/>
            </w:pPr>
            <w:r>
              <w:t>President</w:t>
            </w:r>
          </w:p>
        </w:tc>
        <w:tc>
          <w:tcPr>
            <w:tcW w:w="6408"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238FA7C" w14:textId="77777777" w:rsidR="00F57796" w:rsidRDefault="00F57796">
            <w:pPr>
              <w:spacing w:after="0" w:line="240" w:lineRule="auto"/>
            </w:pPr>
          </w:p>
        </w:tc>
      </w:tr>
      <w:tr w:rsidR="00F57796" w14:paraId="45C2CF72" w14:textId="77777777">
        <w:trPr>
          <w:cantSplit/>
          <w:trHeight w:hRule="exact" w:val="691"/>
          <w:jc w:val="center"/>
        </w:trPr>
        <w:tc>
          <w:tcPr>
            <w:tcW w:w="4320" w:type="dxa"/>
            <w:tcBorders>
              <w:top w:val="single" w:sz="5" w:space="0" w:color="8C8C8C"/>
              <w:left w:val="single" w:sz="5" w:space="0" w:color="8C8C8C"/>
              <w:bottom w:val="single" w:sz="5" w:space="0" w:color="8C8C8C"/>
              <w:right w:val="single" w:sz="5" w:space="0" w:color="8C8C8C"/>
            </w:tcBorders>
            <w:shd w:val="clear" w:color="auto" w:fill="F7F3EB"/>
            <w:tcMar>
              <w:top w:w="35" w:type="dxa"/>
              <w:left w:w="55" w:type="dxa"/>
              <w:bottom w:w="35" w:type="dxa"/>
              <w:right w:w="55" w:type="dxa"/>
            </w:tcMar>
            <w:vAlign w:val="center"/>
          </w:tcPr>
          <w:p w14:paraId="476C9CEB" w14:textId="77777777" w:rsidR="00F57796" w:rsidRDefault="00000000">
            <w:pPr>
              <w:spacing w:after="0" w:line="240" w:lineRule="auto"/>
            </w:pPr>
            <w:r>
              <w:t>Vice President (if co-VPs, list both names here)</w:t>
            </w:r>
          </w:p>
        </w:tc>
        <w:tc>
          <w:tcPr>
            <w:tcW w:w="640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CCCBEDC" w14:textId="77777777" w:rsidR="00F57796" w:rsidRDefault="00F57796">
            <w:pPr>
              <w:spacing w:after="0" w:line="240" w:lineRule="auto"/>
            </w:pPr>
          </w:p>
        </w:tc>
      </w:tr>
      <w:tr w:rsidR="00F57796" w14:paraId="772E03E6" w14:textId="77777777">
        <w:trPr>
          <w:cantSplit/>
          <w:trHeight w:hRule="exact" w:val="691"/>
          <w:jc w:val="center"/>
        </w:trPr>
        <w:tc>
          <w:tcPr>
            <w:tcW w:w="4320" w:type="dxa"/>
            <w:tcBorders>
              <w:top w:val="single" w:sz="5" w:space="0" w:color="8C8C8C"/>
              <w:left w:val="single" w:sz="5" w:space="0" w:color="8C8C8C"/>
              <w:bottom w:val="single" w:sz="5" w:space="0" w:color="8C8C8C"/>
              <w:right w:val="single" w:sz="5" w:space="0" w:color="8C8C8C"/>
            </w:tcBorders>
            <w:shd w:val="clear" w:color="auto" w:fill="F7F3EB"/>
            <w:tcMar>
              <w:top w:w="35" w:type="dxa"/>
              <w:left w:w="55" w:type="dxa"/>
              <w:bottom w:w="35" w:type="dxa"/>
              <w:right w:w="55" w:type="dxa"/>
            </w:tcMar>
            <w:vAlign w:val="center"/>
          </w:tcPr>
          <w:p w14:paraId="5D9D13DE" w14:textId="77777777" w:rsidR="00F57796" w:rsidRDefault="00000000">
            <w:pPr>
              <w:spacing w:after="0" w:line="240" w:lineRule="auto"/>
            </w:pPr>
            <w:r>
              <w:t>Treasurer</w:t>
            </w:r>
          </w:p>
        </w:tc>
        <w:tc>
          <w:tcPr>
            <w:tcW w:w="640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E10021D" w14:textId="77777777" w:rsidR="00F57796" w:rsidRDefault="00F57796">
            <w:pPr>
              <w:spacing w:after="0" w:line="240" w:lineRule="auto"/>
            </w:pPr>
          </w:p>
        </w:tc>
      </w:tr>
      <w:tr w:rsidR="00F57796" w14:paraId="57C182E7" w14:textId="77777777">
        <w:trPr>
          <w:cantSplit/>
          <w:trHeight w:hRule="exact" w:val="691"/>
          <w:jc w:val="center"/>
        </w:trPr>
        <w:tc>
          <w:tcPr>
            <w:tcW w:w="4320" w:type="dxa"/>
            <w:tcBorders>
              <w:top w:val="single" w:sz="5" w:space="0" w:color="8C8C8C"/>
              <w:left w:val="single" w:sz="5" w:space="0" w:color="8C8C8C"/>
              <w:bottom w:val="single" w:sz="5" w:space="0" w:color="8C8C8C"/>
              <w:right w:val="single" w:sz="5" w:space="0" w:color="8C8C8C"/>
            </w:tcBorders>
            <w:shd w:val="clear" w:color="auto" w:fill="F7F3EB"/>
            <w:tcMar>
              <w:top w:w="35" w:type="dxa"/>
              <w:left w:w="55" w:type="dxa"/>
              <w:bottom w:w="35" w:type="dxa"/>
              <w:right w:w="55" w:type="dxa"/>
            </w:tcMar>
            <w:vAlign w:val="center"/>
          </w:tcPr>
          <w:p w14:paraId="3B588804" w14:textId="77777777" w:rsidR="00F57796" w:rsidRDefault="00000000">
            <w:pPr>
              <w:spacing w:after="0" w:line="240" w:lineRule="auto"/>
            </w:pPr>
            <w:r>
              <w:t>Secretary</w:t>
            </w:r>
          </w:p>
        </w:tc>
        <w:tc>
          <w:tcPr>
            <w:tcW w:w="640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E66C5DD" w14:textId="77777777" w:rsidR="00F57796" w:rsidRDefault="00F57796">
            <w:pPr>
              <w:spacing w:after="0" w:line="240" w:lineRule="auto"/>
            </w:pPr>
          </w:p>
        </w:tc>
      </w:tr>
      <w:tr w:rsidR="00F57796" w14:paraId="33B7E866" w14:textId="77777777">
        <w:trPr>
          <w:cantSplit/>
          <w:trHeight w:hRule="exact" w:val="691"/>
          <w:jc w:val="center"/>
        </w:trPr>
        <w:tc>
          <w:tcPr>
            <w:tcW w:w="4320" w:type="dxa"/>
            <w:tcBorders>
              <w:top w:val="single" w:sz="5" w:space="0" w:color="8C8C8C"/>
              <w:left w:val="single" w:sz="5" w:space="0" w:color="8C8C8C"/>
              <w:bottom w:val="single" w:sz="5" w:space="0" w:color="8C8C8C"/>
              <w:right w:val="single" w:sz="5" w:space="0" w:color="8C8C8C"/>
            </w:tcBorders>
            <w:shd w:val="clear" w:color="auto" w:fill="F7F3EB"/>
            <w:tcMar>
              <w:top w:w="35" w:type="dxa"/>
              <w:left w:w="55" w:type="dxa"/>
              <w:bottom w:w="35" w:type="dxa"/>
              <w:right w:w="55" w:type="dxa"/>
            </w:tcMar>
            <w:vAlign w:val="center"/>
          </w:tcPr>
          <w:p w14:paraId="35C7CD08" w14:textId="77777777" w:rsidR="00F57796" w:rsidRDefault="00000000">
            <w:pPr>
              <w:spacing w:after="0" w:line="240" w:lineRule="auto"/>
            </w:pPr>
            <w:r>
              <w:t>Historian</w:t>
            </w:r>
          </w:p>
        </w:tc>
        <w:tc>
          <w:tcPr>
            <w:tcW w:w="640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D118213" w14:textId="77777777" w:rsidR="00F57796" w:rsidRDefault="00F57796">
            <w:pPr>
              <w:spacing w:after="0" w:line="240" w:lineRule="auto"/>
            </w:pPr>
          </w:p>
        </w:tc>
      </w:tr>
      <w:tr w:rsidR="00F57796" w14:paraId="53091F8D" w14:textId="77777777">
        <w:trPr>
          <w:cantSplit/>
          <w:trHeight w:hRule="exact" w:val="691"/>
          <w:jc w:val="center"/>
        </w:trPr>
        <w:tc>
          <w:tcPr>
            <w:tcW w:w="4320" w:type="dxa"/>
            <w:tcBorders>
              <w:top w:val="single" w:sz="5" w:space="0" w:color="8C8C8C"/>
              <w:left w:val="single" w:sz="5" w:space="0" w:color="8C8C8C"/>
              <w:bottom w:val="single" w:sz="5" w:space="0" w:color="8C8C8C"/>
              <w:right w:val="single" w:sz="5" w:space="0" w:color="8C8C8C"/>
            </w:tcBorders>
            <w:shd w:val="clear" w:color="auto" w:fill="F7F3EB"/>
            <w:tcMar>
              <w:top w:w="35" w:type="dxa"/>
              <w:left w:w="55" w:type="dxa"/>
              <w:bottom w:w="35" w:type="dxa"/>
              <w:right w:w="55" w:type="dxa"/>
            </w:tcMar>
            <w:vAlign w:val="center"/>
          </w:tcPr>
          <w:p w14:paraId="315B4E33" w14:textId="77777777" w:rsidR="00F57796" w:rsidRDefault="00000000">
            <w:pPr>
              <w:spacing w:after="0" w:line="240" w:lineRule="auto"/>
            </w:pPr>
            <w:r>
              <w:t>Social Media</w:t>
            </w:r>
          </w:p>
        </w:tc>
        <w:tc>
          <w:tcPr>
            <w:tcW w:w="640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6D3B666" w14:textId="77777777" w:rsidR="00F57796" w:rsidRDefault="00F57796">
            <w:pPr>
              <w:spacing w:after="0" w:line="240" w:lineRule="auto"/>
            </w:pPr>
          </w:p>
        </w:tc>
      </w:tr>
      <w:tr w:rsidR="00F57796" w14:paraId="2D25FDD8" w14:textId="77777777">
        <w:trPr>
          <w:cantSplit/>
          <w:trHeight w:hRule="exact" w:val="691"/>
          <w:jc w:val="center"/>
        </w:trPr>
        <w:tc>
          <w:tcPr>
            <w:tcW w:w="4320" w:type="dxa"/>
            <w:tcBorders>
              <w:top w:val="single" w:sz="5" w:space="0" w:color="8C8C8C"/>
              <w:left w:val="single" w:sz="5" w:space="0" w:color="8C8C8C"/>
              <w:bottom w:val="single" w:sz="5" w:space="0" w:color="8C8C8C"/>
              <w:right w:val="single" w:sz="5" w:space="0" w:color="8C8C8C"/>
            </w:tcBorders>
            <w:shd w:val="clear" w:color="auto" w:fill="F7F3EB"/>
            <w:tcMar>
              <w:top w:w="35" w:type="dxa"/>
              <w:left w:w="55" w:type="dxa"/>
              <w:bottom w:w="35" w:type="dxa"/>
              <w:right w:w="55" w:type="dxa"/>
            </w:tcMar>
            <w:vAlign w:val="center"/>
          </w:tcPr>
          <w:p w14:paraId="200C3C6A" w14:textId="77777777" w:rsidR="00F57796" w:rsidRDefault="00000000">
            <w:pPr>
              <w:spacing w:after="0" w:line="240" w:lineRule="auto"/>
            </w:pPr>
            <w:r>
              <w:t>Other:</w:t>
            </w:r>
          </w:p>
        </w:tc>
        <w:tc>
          <w:tcPr>
            <w:tcW w:w="640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0768055" w14:textId="77777777" w:rsidR="00F57796" w:rsidRDefault="00F57796">
            <w:pPr>
              <w:spacing w:after="0" w:line="240" w:lineRule="auto"/>
            </w:pPr>
          </w:p>
        </w:tc>
      </w:tr>
      <w:tr w:rsidR="00F57796" w14:paraId="0C5B69E1" w14:textId="77777777">
        <w:trPr>
          <w:cantSplit/>
          <w:trHeight w:hRule="exact" w:val="691"/>
          <w:jc w:val="center"/>
        </w:trPr>
        <w:tc>
          <w:tcPr>
            <w:tcW w:w="4320" w:type="dxa"/>
            <w:tcBorders>
              <w:top w:val="single" w:sz="5" w:space="0" w:color="8C8C8C"/>
              <w:left w:val="single" w:sz="5" w:space="0" w:color="8C8C8C"/>
              <w:bottom w:val="single" w:sz="5" w:space="0" w:color="8C8C8C"/>
              <w:right w:val="single" w:sz="5" w:space="0" w:color="8C8C8C"/>
            </w:tcBorders>
            <w:shd w:val="clear" w:color="auto" w:fill="F7F3EB"/>
            <w:tcMar>
              <w:top w:w="35" w:type="dxa"/>
              <w:left w:w="55" w:type="dxa"/>
              <w:bottom w:w="35" w:type="dxa"/>
              <w:right w:w="55" w:type="dxa"/>
            </w:tcMar>
            <w:vAlign w:val="center"/>
          </w:tcPr>
          <w:p w14:paraId="25880D74" w14:textId="77777777" w:rsidR="00F57796" w:rsidRDefault="00000000">
            <w:pPr>
              <w:spacing w:after="0" w:line="240" w:lineRule="auto"/>
            </w:pPr>
            <w:r>
              <w:t>Other:</w:t>
            </w:r>
          </w:p>
        </w:tc>
        <w:tc>
          <w:tcPr>
            <w:tcW w:w="640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F78E7A4" w14:textId="77777777" w:rsidR="00F57796" w:rsidRDefault="00F57796">
            <w:pPr>
              <w:spacing w:after="0" w:line="240" w:lineRule="auto"/>
            </w:pPr>
          </w:p>
        </w:tc>
      </w:tr>
    </w:tbl>
    <w:p w14:paraId="29F99469" w14:textId="77777777" w:rsidR="00F57796" w:rsidRDefault="00000000">
      <w:pPr>
        <w:spacing w:after="0"/>
      </w:pPr>
      <w:r>
        <w:br w:type="page"/>
      </w:r>
    </w:p>
    <w:tbl>
      <w:tblPr>
        <w:tblW w:w="0" w:type="auto"/>
        <w:jc w:val="center"/>
        <w:tblLayout w:type="fixed"/>
        <w:tblLook w:val="04A0" w:firstRow="1" w:lastRow="0" w:firstColumn="1" w:lastColumn="0" w:noHBand="0" w:noVBand="1"/>
      </w:tblPr>
      <w:tblGrid>
        <w:gridCol w:w="10728"/>
      </w:tblGrid>
      <w:tr w:rsidR="00F57796" w14:paraId="55AF8CEF" w14:textId="77777777">
        <w:trPr>
          <w:jc w:val="center"/>
        </w:trPr>
        <w:tc>
          <w:tcPr>
            <w:tcW w:w="10728" w:type="dxa"/>
            <w:tcBorders>
              <w:top w:val="single" w:sz="6" w:space="0" w:color="B59645"/>
              <w:left w:val="nil"/>
              <w:bottom w:val="single" w:sz="6" w:space="0" w:color="B59645"/>
              <w:right w:val="nil"/>
            </w:tcBorders>
            <w:shd w:val="clear" w:color="auto" w:fill="EFE9DC"/>
            <w:tcMar>
              <w:top w:w="75" w:type="dxa"/>
              <w:left w:w="100" w:type="dxa"/>
              <w:bottom w:w="75" w:type="dxa"/>
              <w:right w:w="100" w:type="dxa"/>
            </w:tcMar>
          </w:tcPr>
          <w:p w14:paraId="66BF5868" w14:textId="77777777" w:rsidR="00F57796" w:rsidRDefault="00000000">
            <w:pPr>
              <w:spacing w:after="0"/>
              <w:jc w:val="center"/>
            </w:pPr>
            <w:r>
              <w:rPr>
                <w:b/>
                <w:color w:val="8C6B22"/>
                <w:sz w:val="23"/>
              </w:rPr>
              <w:lastRenderedPageBreak/>
              <w:t>PART I. RESEARCH CONDUCTED AND PUBLISHED (0-35 POINTS)</w:t>
            </w:r>
          </w:p>
        </w:tc>
      </w:tr>
    </w:tbl>
    <w:p w14:paraId="4ABE9007" w14:textId="77777777" w:rsidR="00F57796" w:rsidRDefault="00F57796">
      <w:pPr>
        <w:spacing w:after="20" w:line="48" w:lineRule="auto"/>
      </w:pPr>
    </w:p>
    <w:p w14:paraId="0BA84944" w14:textId="77777777" w:rsidR="00F57796" w:rsidRDefault="00000000">
      <w:pPr>
        <w:spacing w:after="60" w:line="247" w:lineRule="auto"/>
        <w:jc w:val="center"/>
      </w:pPr>
      <w:r>
        <w:rPr>
          <w:i/>
          <w:sz w:val="16"/>
        </w:rPr>
        <w:t>Please add in additional rows as needed if you have more information to provide.</w:t>
      </w:r>
    </w:p>
    <w:p w14:paraId="520F7EAF" w14:textId="77777777" w:rsidR="00F57796" w:rsidRDefault="00000000">
      <w:pPr>
        <w:keepNext/>
        <w:spacing w:after="40" w:line="240" w:lineRule="auto"/>
      </w:pPr>
      <w:r>
        <w:rPr>
          <w:b/>
          <w:sz w:val="16"/>
        </w:rPr>
        <w:t>A.  Grants</w:t>
      </w:r>
      <w:r>
        <w:rPr>
          <w:b/>
          <w:color w:val="8C6B22"/>
          <w:sz w:val="16"/>
        </w:rPr>
        <w:t xml:space="preserve"> (5 points)</w:t>
      </w:r>
      <w:r>
        <w:rPr>
          <w:sz w:val="16"/>
        </w:rPr>
        <w:t xml:space="preserve">  List recipients, grant titles (NOT title of work) and amounts of any awards made to students in support of research. Please include TriBeta, other institutional, and organizational grants.</w:t>
      </w:r>
    </w:p>
    <w:tbl>
      <w:tblPr>
        <w:tblW w:w="0" w:type="auto"/>
        <w:jc w:val="center"/>
        <w:tblLayout w:type="fixed"/>
        <w:tblLook w:val="04A0" w:firstRow="1" w:lastRow="0" w:firstColumn="1" w:lastColumn="0" w:noHBand="0" w:noVBand="1"/>
      </w:tblPr>
      <w:tblGrid>
        <w:gridCol w:w="2563"/>
        <w:gridCol w:w="4348"/>
        <w:gridCol w:w="1368"/>
        <w:gridCol w:w="2448"/>
      </w:tblGrid>
      <w:tr w:rsidR="00F57796" w:rsidRPr="00AF4F35" w14:paraId="7CC71EBC" w14:textId="77777777" w:rsidTr="00AF4F35">
        <w:trPr>
          <w:cantSplit/>
          <w:trHeight w:hRule="exact" w:val="518"/>
          <w:tblHeader/>
          <w:jc w:val="center"/>
        </w:trPr>
        <w:tc>
          <w:tcPr>
            <w:tcW w:w="2563"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377BD644" w14:textId="77777777" w:rsidR="00F57796" w:rsidRPr="00AF4F35" w:rsidRDefault="00000000">
            <w:pPr>
              <w:spacing w:after="0" w:line="240" w:lineRule="auto"/>
              <w:jc w:val="center"/>
              <w:rPr>
                <w:color w:val="auto"/>
              </w:rPr>
            </w:pPr>
            <w:r w:rsidRPr="00AF4F35">
              <w:rPr>
                <w:b/>
                <w:color w:val="auto"/>
                <w:sz w:val="14"/>
              </w:rPr>
              <w:t>MEMBER NAME(S)</w:t>
            </w:r>
          </w:p>
        </w:tc>
        <w:tc>
          <w:tcPr>
            <w:tcW w:w="4348"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24D7CE9D" w14:textId="77777777" w:rsidR="00F57796" w:rsidRPr="00AF4F35" w:rsidRDefault="00000000">
            <w:pPr>
              <w:spacing w:after="0" w:line="240" w:lineRule="auto"/>
              <w:jc w:val="center"/>
              <w:rPr>
                <w:color w:val="auto"/>
              </w:rPr>
            </w:pPr>
            <w:r w:rsidRPr="00AF4F35">
              <w:rPr>
                <w:b/>
                <w:color w:val="auto"/>
                <w:sz w:val="14"/>
              </w:rPr>
              <w:t>TITLE</w:t>
            </w:r>
          </w:p>
        </w:tc>
        <w:tc>
          <w:tcPr>
            <w:tcW w:w="1368"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061E23B2" w14:textId="77777777" w:rsidR="00F57796" w:rsidRPr="00AF4F35" w:rsidRDefault="00000000">
            <w:pPr>
              <w:spacing w:after="0" w:line="240" w:lineRule="auto"/>
              <w:jc w:val="center"/>
              <w:rPr>
                <w:color w:val="auto"/>
              </w:rPr>
            </w:pPr>
            <w:r w:rsidRPr="00AF4F35">
              <w:rPr>
                <w:b/>
                <w:color w:val="auto"/>
                <w:sz w:val="14"/>
              </w:rPr>
              <w:t>AMOUNT</w:t>
            </w:r>
          </w:p>
        </w:tc>
        <w:tc>
          <w:tcPr>
            <w:tcW w:w="2448"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4D4C2227" w14:textId="77777777" w:rsidR="00F57796" w:rsidRPr="00AF4F35" w:rsidRDefault="00000000">
            <w:pPr>
              <w:spacing w:after="0" w:line="240" w:lineRule="auto"/>
              <w:jc w:val="center"/>
              <w:rPr>
                <w:color w:val="auto"/>
              </w:rPr>
            </w:pPr>
            <w:r w:rsidRPr="00AF4F35">
              <w:rPr>
                <w:b/>
                <w:color w:val="auto"/>
                <w:sz w:val="14"/>
              </w:rPr>
              <w:t>GRANT AWARDING</w:t>
            </w:r>
            <w:r w:rsidRPr="00AF4F35">
              <w:rPr>
                <w:b/>
                <w:color w:val="auto"/>
                <w:sz w:val="14"/>
              </w:rPr>
              <w:br/>
              <w:t>AGENCY</w:t>
            </w:r>
          </w:p>
        </w:tc>
      </w:tr>
      <w:tr w:rsidR="00F57796" w14:paraId="5BF62B4D" w14:textId="77777777" w:rsidTr="00AF4F35">
        <w:trPr>
          <w:cantSplit/>
          <w:trHeight w:hRule="exact" w:val="317"/>
          <w:jc w:val="center"/>
        </w:trPr>
        <w:tc>
          <w:tcPr>
            <w:tcW w:w="2563"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DF31A10" w14:textId="77777777" w:rsidR="00F57796" w:rsidRDefault="00000000">
            <w:pPr>
              <w:spacing w:after="0" w:line="240" w:lineRule="auto"/>
            </w:pPr>
            <w:r>
              <w:rPr>
                <w:sz w:val="15"/>
              </w:rPr>
              <w:t>1.</w:t>
            </w:r>
          </w:p>
        </w:tc>
        <w:tc>
          <w:tcPr>
            <w:tcW w:w="4348"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23BDD1B" w14:textId="77777777" w:rsidR="00F57796" w:rsidRDefault="00F57796">
            <w:pPr>
              <w:spacing w:after="0" w:line="240" w:lineRule="auto"/>
            </w:pPr>
          </w:p>
        </w:tc>
        <w:tc>
          <w:tcPr>
            <w:tcW w:w="1368"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D9E5A67" w14:textId="77777777" w:rsidR="00F57796" w:rsidRDefault="00F57796">
            <w:pPr>
              <w:spacing w:after="0" w:line="240" w:lineRule="auto"/>
            </w:pPr>
          </w:p>
        </w:tc>
        <w:tc>
          <w:tcPr>
            <w:tcW w:w="2448"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EFF1C87" w14:textId="77777777" w:rsidR="00F57796" w:rsidRDefault="00F57796">
            <w:pPr>
              <w:spacing w:after="0" w:line="240" w:lineRule="auto"/>
            </w:pPr>
          </w:p>
        </w:tc>
      </w:tr>
      <w:tr w:rsidR="00F57796" w14:paraId="608CB92D" w14:textId="77777777">
        <w:trPr>
          <w:cantSplit/>
          <w:trHeight w:hRule="exact" w:val="317"/>
          <w:jc w:val="center"/>
        </w:trPr>
        <w:tc>
          <w:tcPr>
            <w:tcW w:w="2563"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DE81506" w14:textId="77777777" w:rsidR="00F57796" w:rsidRDefault="00000000">
            <w:pPr>
              <w:spacing w:after="0" w:line="240" w:lineRule="auto"/>
            </w:pPr>
            <w:r>
              <w:rPr>
                <w:sz w:val="15"/>
              </w:rPr>
              <w:t>2.</w:t>
            </w:r>
          </w:p>
        </w:tc>
        <w:tc>
          <w:tcPr>
            <w:tcW w:w="434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B7B37D0" w14:textId="77777777" w:rsidR="00F57796" w:rsidRDefault="00F57796">
            <w:pPr>
              <w:spacing w:after="0" w:line="240" w:lineRule="auto"/>
            </w:pPr>
          </w:p>
        </w:tc>
        <w:tc>
          <w:tcPr>
            <w:tcW w:w="136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118D59E" w14:textId="77777777" w:rsidR="00F57796" w:rsidRDefault="00F57796">
            <w:pPr>
              <w:spacing w:after="0" w:line="240" w:lineRule="auto"/>
            </w:pPr>
          </w:p>
        </w:tc>
        <w:tc>
          <w:tcPr>
            <w:tcW w:w="244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0C7EAF0" w14:textId="77777777" w:rsidR="00F57796" w:rsidRDefault="00F57796">
            <w:pPr>
              <w:spacing w:after="0" w:line="240" w:lineRule="auto"/>
            </w:pPr>
          </w:p>
        </w:tc>
      </w:tr>
      <w:tr w:rsidR="00F57796" w14:paraId="4EA64BC3" w14:textId="77777777">
        <w:trPr>
          <w:cantSplit/>
          <w:trHeight w:hRule="exact" w:val="317"/>
          <w:jc w:val="center"/>
        </w:trPr>
        <w:tc>
          <w:tcPr>
            <w:tcW w:w="2563"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1A8D1D6" w14:textId="77777777" w:rsidR="00F57796" w:rsidRDefault="00000000">
            <w:pPr>
              <w:spacing w:after="0" w:line="240" w:lineRule="auto"/>
            </w:pPr>
            <w:r>
              <w:rPr>
                <w:sz w:val="15"/>
              </w:rPr>
              <w:t>3.</w:t>
            </w:r>
          </w:p>
        </w:tc>
        <w:tc>
          <w:tcPr>
            <w:tcW w:w="434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486B418" w14:textId="77777777" w:rsidR="00F57796" w:rsidRDefault="00F57796">
            <w:pPr>
              <w:spacing w:after="0" w:line="240" w:lineRule="auto"/>
            </w:pPr>
          </w:p>
        </w:tc>
        <w:tc>
          <w:tcPr>
            <w:tcW w:w="136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EB7BCC9" w14:textId="77777777" w:rsidR="00F57796" w:rsidRDefault="00F57796">
            <w:pPr>
              <w:spacing w:after="0" w:line="240" w:lineRule="auto"/>
            </w:pPr>
          </w:p>
        </w:tc>
        <w:tc>
          <w:tcPr>
            <w:tcW w:w="244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9D22A1C" w14:textId="77777777" w:rsidR="00F57796" w:rsidRDefault="00F57796">
            <w:pPr>
              <w:spacing w:after="0" w:line="240" w:lineRule="auto"/>
            </w:pPr>
          </w:p>
        </w:tc>
      </w:tr>
      <w:tr w:rsidR="00F57796" w14:paraId="1BAA8A97" w14:textId="77777777">
        <w:trPr>
          <w:cantSplit/>
          <w:trHeight w:hRule="exact" w:val="317"/>
          <w:jc w:val="center"/>
        </w:trPr>
        <w:tc>
          <w:tcPr>
            <w:tcW w:w="2563"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CB55EA4" w14:textId="77777777" w:rsidR="00F57796" w:rsidRDefault="00000000">
            <w:pPr>
              <w:spacing w:after="0" w:line="240" w:lineRule="auto"/>
            </w:pPr>
            <w:r>
              <w:rPr>
                <w:sz w:val="15"/>
              </w:rPr>
              <w:t>4.</w:t>
            </w:r>
          </w:p>
        </w:tc>
        <w:tc>
          <w:tcPr>
            <w:tcW w:w="434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4FC9B83" w14:textId="77777777" w:rsidR="00F57796" w:rsidRDefault="00F57796">
            <w:pPr>
              <w:spacing w:after="0" w:line="240" w:lineRule="auto"/>
            </w:pPr>
          </w:p>
        </w:tc>
        <w:tc>
          <w:tcPr>
            <w:tcW w:w="136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9E6B393" w14:textId="77777777" w:rsidR="00F57796" w:rsidRDefault="00F57796">
            <w:pPr>
              <w:spacing w:after="0" w:line="240" w:lineRule="auto"/>
            </w:pPr>
          </w:p>
        </w:tc>
        <w:tc>
          <w:tcPr>
            <w:tcW w:w="244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283F715" w14:textId="77777777" w:rsidR="00F57796" w:rsidRDefault="00F57796">
            <w:pPr>
              <w:spacing w:after="0" w:line="240" w:lineRule="auto"/>
            </w:pPr>
          </w:p>
        </w:tc>
      </w:tr>
      <w:tr w:rsidR="00F57796" w14:paraId="3C744D06" w14:textId="77777777">
        <w:trPr>
          <w:cantSplit/>
          <w:trHeight w:hRule="exact" w:val="317"/>
          <w:jc w:val="center"/>
        </w:trPr>
        <w:tc>
          <w:tcPr>
            <w:tcW w:w="2563"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89391E7" w14:textId="77777777" w:rsidR="00F57796" w:rsidRDefault="00000000">
            <w:pPr>
              <w:spacing w:after="0" w:line="240" w:lineRule="auto"/>
            </w:pPr>
            <w:r>
              <w:rPr>
                <w:sz w:val="15"/>
              </w:rPr>
              <w:t>5.</w:t>
            </w:r>
          </w:p>
        </w:tc>
        <w:tc>
          <w:tcPr>
            <w:tcW w:w="434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05153F6" w14:textId="77777777" w:rsidR="00F57796" w:rsidRDefault="00F57796">
            <w:pPr>
              <w:spacing w:after="0" w:line="240" w:lineRule="auto"/>
            </w:pPr>
          </w:p>
        </w:tc>
        <w:tc>
          <w:tcPr>
            <w:tcW w:w="136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B0EE6BF" w14:textId="77777777" w:rsidR="00F57796" w:rsidRDefault="00F57796">
            <w:pPr>
              <w:spacing w:after="0" w:line="240" w:lineRule="auto"/>
            </w:pPr>
          </w:p>
        </w:tc>
        <w:tc>
          <w:tcPr>
            <w:tcW w:w="244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5B71A2E" w14:textId="77777777" w:rsidR="00F57796" w:rsidRDefault="00F57796">
            <w:pPr>
              <w:spacing w:after="0" w:line="240" w:lineRule="auto"/>
            </w:pPr>
          </w:p>
        </w:tc>
      </w:tr>
    </w:tbl>
    <w:p w14:paraId="54BBB1C0" w14:textId="31266460" w:rsidR="00F57796" w:rsidRDefault="00AF4F35">
      <w:pPr>
        <w:keepNext/>
        <w:spacing w:after="40" w:line="240" w:lineRule="auto"/>
      </w:pPr>
      <w:r>
        <w:rPr>
          <w:b/>
          <w:sz w:val="16"/>
        </w:rPr>
        <w:br/>
        <w:t>B.  TriBeta District Convention</w:t>
      </w:r>
      <w:r>
        <w:rPr>
          <w:b/>
          <w:color w:val="8C6B22"/>
          <w:sz w:val="16"/>
        </w:rPr>
        <w:t xml:space="preserve"> (8 points)</w:t>
      </w:r>
      <w:r>
        <w:rPr>
          <w:sz w:val="16"/>
        </w:rPr>
        <w:t xml:space="preserve">  List all members who presented an oral or poster presentation. List authors’ names, research titles and if they received an award (1st, 2nd, 3rd, or Honorable Mention).</w:t>
      </w:r>
    </w:p>
    <w:tbl>
      <w:tblPr>
        <w:tblW w:w="0" w:type="auto"/>
        <w:jc w:val="center"/>
        <w:tblLayout w:type="fixed"/>
        <w:tblLook w:val="04A0" w:firstRow="1" w:lastRow="0" w:firstColumn="1" w:lastColumn="0" w:noHBand="0" w:noVBand="1"/>
      </w:tblPr>
      <w:tblGrid>
        <w:gridCol w:w="3024"/>
        <w:gridCol w:w="5688"/>
        <w:gridCol w:w="2015"/>
      </w:tblGrid>
      <w:tr w:rsidR="00F57796" w:rsidRPr="00AF4F35" w14:paraId="6D35C3FC" w14:textId="77777777" w:rsidTr="00AF4F35">
        <w:trPr>
          <w:cantSplit/>
          <w:trHeight w:hRule="exact" w:val="389"/>
          <w:tblHeader/>
          <w:jc w:val="center"/>
        </w:trPr>
        <w:tc>
          <w:tcPr>
            <w:tcW w:w="3024"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3F9EF309" w14:textId="77777777" w:rsidR="00F57796" w:rsidRPr="00AF4F35" w:rsidRDefault="00000000">
            <w:pPr>
              <w:spacing w:after="0" w:line="240" w:lineRule="auto"/>
              <w:jc w:val="center"/>
              <w:rPr>
                <w:color w:val="auto"/>
              </w:rPr>
            </w:pPr>
            <w:r w:rsidRPr="00AF4F35">
              <w:rPr>
                <w:b/>
                <w:color w:val="auto"/>
                <w:sz w:val="14"/>
              </w:rPr>
              <w:t>NAME(S)</w:t>
            </w:r>
          </w:p>
        </w:tc>
        <w:tc>
          <w:tcPr>
            <w:tcW w:w="5688"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4FDE6368" w14:textId="77777777" w:rsidR="00F57796" w:rsidRPr="00AF4F35" w:rsidRDefault="00000000">
            <w:pPr>
              <w:spacing w:after="0" w:line="240" w:lineRule="auto"/>
              <w:jc w:val="center"/>
              <w:rPr>
                <w:color w:val="auto"/>
              </w:rPr>
            </w:pPr>
            <w:r w:rsidRPr="00AF4F35">
              <w:rPr>
                <w:b/>
                <w:color w:val="auto"/>
                <w:sz w:val="14"/>
              </w:rPr>
              <w:t>TITLE</w:t>
            </w:r>
          </w:p>
        </w:tc>
        <w:tc>
          <w:tcPr>
            <w:tcW w:w="2015"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21985D08" w14:textId="77777777" w:rsidR="00F57796" w:rsidRPr="00AF4F35" w:rsidRDefault="00000000">
            <w:pPr>
              <w:spacing w:after="0" w:line="240" w:lineRule="auto"/>
              <w:jc w:val="center"/>
              <w:rPr>
                <w:color w:val="auto"/>
              </w:rPr>
            </w:pPr>
            <w:r w:rsidRPr="00AF4F35">
              <w:rPr>
                <w:b/>
                <w:color w:val="auto"/>
                <w:sz w:val="14"/>
              </w:rPr>
              <w:t>AWARD</w:t>
            </w:r>
          </w:p>
        </w:tc>
      </w:tr>
      <w:tr w:rsidR="00F57796" w14:paraId="3D06B012" w14:textId="77777777" w:rsidTr="00AF4F35">
        <w:trPr>
          <w:cantSplit/>
          <w:trHeight w:hRule="exact" w:val="302"/>
          <w:jc w:val="center"/>
        </w:trPr>
        <w:tc>
          <w:tcPr>
            <w:tcW w:w="3024"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2AC90B5" w14:textId="77777777" w:rsidR="00F57796" w:rsidRDefault="00000000">
            <w:pPr>
              <w:spacing w:after="0" w:line="240" w:lineRule="auto"/>
            </w:pPr>
            <w:r>
              <w:rPr>
                <w:sz w:val="15"/>
              </w:rPr>
              <w:t>1.</w:t>
            </w:r>
          </w:p>
        </w:tc>
        <w:tc>
          <w:tcPr>
            <w:tcW w:w="5688"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1385AD3" w14:textId="77777777" w:rsidR="00F57796" w:rsidRDefault="00F57796">
            <w:pPr>
              <w:spacing w:after="0" w:line="240" w:lineRule="auto"/>
            </w:pPr>
          </w:p>
        </w:tc>
        <w:tc>
          <w:tcPr>
            <w:tcW w:w="2015"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A014026" w14:textId="77777777" w:rsidR="00F57796" w:rsidRDefault="00F57796">
            <w:pPr>
              <w:spacing w:after="0" w:line="240" w:lineRule="auto"/>
            </w:pPr>
          </w:p>
        </w:tc>
      </w:tr>
      <w:tr w:rsidR="00F57796" w14:paraId="66BA5B9D" w14:textId="77777777">
        <w:trPr>
          <w:cantSplit/>
          <w:trHeight w:hRule="exact" w:val="302"/>
          <w:jc w:val="center"/>
        </w:trPr>
        <w:tc>
          <w:tcPr>
            <w:tcW w:w="3024"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49D7A35" w14:textId="77777777" w:rsidR="00F57796" w:rsidRDefault="00000000">
            <w:pPr>
              <w:spacing w:after="0" w:line="240" w:lineRule="auto"/>
            </w:pPr>
            <w:r>
              <w:rPr>
                <w:sz w:val="15"/>
              </w:rPr>
              <w:t>2.</w:t>
            </w:r>
          </w:p>
        </w:tc>
        <w:tc>
          <w:tcPr>
            <w:tcW w:w="568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8660AA9" w14:textId="77777777" w:rsidR="00F57796" w:rsidRDefault="00F57796">
            <w:pPr>
              <w:spacing w:after="0" w:line="240" w:lineRule="auto"/>
            </w:pPr>
          </w:p>
        </w:tc>
        <w:tc>
          <w:tcPr>
            <w:tcW w:w="2015"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DB3D335" w14:textId="77777777" w:rsidR="00F57796" w:rsidRDefault="00F57796">
            <w:pPr>
              <w:spacing w:after="0" w:line="240" w:lineRule="auto"/>
            </w:pPr>
          </w:p>
        </w:tc>
      </w:tr>
      <w:tr w:rsidR="00F57796" w14:paraId="4CF6B998" w14:textId="77777777">
        <w:trPr>
          <w:cantSplit/>
          <w:trHeight w:hRule="exact" w:val="302"/>
          <w:jc w:val="center"/>
        </w:trPr>
        <w:tc>
          <w:tcPr>
            <w:tcW w:w="3024"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6597B31" w14:textId="77777777" w:rsidR="00F57796" w:rsidRDefault="00000000">
            <w:pPr>
              <w:spacing w:after="0" w:line="240" w:lineRule="auto"/>
            </w:pPr>
            <w:r>
              <w:rPr>
                <w:sz w:val="15"/>
              </w:rPr>
              <w:t>3.</w:t>
            </w:r>
          </w:p>
        </w:tc>
        <w:tc>
          <w:tcPr>
            <w:tcW w:w="568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1D7C286" w14:textId="77777777" w:rsidR="00F57796" w:rsidRDefault="00F57796">
            <w:pPr>
              <w:spacing w:after="0" w:line="240" w:lineRule="auto"/>
            </w:pPr>
          </w:p>
        </w:tc>
        <w:tc>
          <w:tcPr>
            <w:tcW w:w="2015"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D4E393D" w14:textId="77777777" w:rsidR="00F57796" w:rsidRDefault="00F57796">
            <w:pPr>
              <w:spacing w:after="0" w:line="240" w:lineRule="auto"/>
            </w:pPr>
          </w:p>
        </w:tc>
      </w:tr>
      <w:tr w:rsidR="00F57796" w14:paraId="538FA86B" w14:textId="77777777">
        <w:trPr>
          <w:cantSplit/>
          <w:trHeight w:hRule="exact" w:val="302"/>
          <w:jc w:val="center"/>
        </w:trPr>
        <w:tc>
          <w:tcPr>
            <w:tcW w:w="3024"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03AE44C" w14:textId="77777777" w:rsidR="00F57796" w:rsidRDefault="00000000">
            <w:pPr>
              <w:spacing w:after="0" w:line="240" w:lineRule="auto"/>
            </w:pPr>
            <w:r>
              <w:rPr>
                <w:sz w:val="15"/>
              </w:rPr>
              <w:t>4.</w:t>
            </w:r>
          </w:p>
        </w:tc>
        <w:tc>
          <w:tcPr>
            <w:tcW w:w="568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E54F68C" w14:textId="77777777" w:rsidR="00F57796" w:rsidRDefault="00F57796">
            <w:pPr>
              <w:spacing w:after="0" w:line="240" w:lineRule="auto"/>
            </w:pPr>
          </w:p>
        </w:tc>
        <w:tc>
          <w:tcPr>
            <w:tcW w:w="2015"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C8348E0" w14:textId="77777777" w:rsidR="00F57796" w:rsidRDefault="00F57796">
            <w:pPr>
              <w:spacing w:after="0" w:line="240" w:lineRule="auto"/>
            </w:pPr>
          </w:p>
        </w:tc>
      </w:tr>
      <w:tr w:rsidR="00F57796" w14:paraId="218D556F" w14:textId="77777777">
        <w:trPr>
          <w:cantSplit/>
          <w:trHeight w:hRule="exact" w:val="302"/>
          <w:jc w:val="center"/>
        </w:trPr>
        <w:tc>
          <w:tcPr>
            <w:tcW w:w="3024"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93CF234" w14:textId="77777777" w:rsidR="00F57796" w:rsidRDefault="00000000">
            <w:pPr>
              <w:spacing w:after="0" w:line="240" w:lineRule="auto"/>
            </w:pPr>
            <w:r>
              <w:rPr>
                <w:sz w:val="15"/>
              </w:rPr>
              <w:t>5.</w:t>
            </w:r>
          </w:p>
        </w:tc>
        <w:tc>
          <w:tcPr>
            <w:tcW w:w="568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2248CDB" w14:textId="77777777" w:rsidR="00F57796" w:rsidRDefault="00F57796">
            <w:pPr>
              <w:spacing w:after="0" w:line="240" w:lineRule="auto"/>
            </w:pPr>
          </w:p>
        </w:tc>
        <w:tc>
          <w:tcPr>
            <w:tcW w:w="2015"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F3C90D8" w14:textId="77777777" w:rsidR="00F57796" w:rsidRDefault="00F57796">
            <w:pPr>
              <w:spacing w:after="0" w:line="240" w:lineRule="auto"/>
            </w:pPr>
          </w:p>
        </w:tc>
      </w:tr>
    </w:tbl>
    <w:p w14:paraId="0A80278F" w14:textId="77777777" w:rsidR="00AF4F35" w:rsidRDefault="00AF4F35">
      <w:pPr>
        <w:keepNext/>
        <w:spacing w:after="40" w:line="240" w:lineRule="auto"/>
        <w:rPr>
          <w:b/>
          <w:sz w:val="16"/>
        </w:rPr>
      </w:pPr>
    </w:p>
    <w:p w14:paraId="4613482F" w14:textId="28E59489" w:rsidR="00F57796" w:rsidRDefault="00000000">
      <w:pPr>
        <w:keepNext/>
        <w:spacing w:after="40" w:line="240" w:lineRule="auto"/>
      </w:pPr>
      <w:r>
        <w:rPr>
          <w:b/>
          <w:sz w:val="16"/>
        </w:rPr>
        <w:t>C.  TriBeta National Convention</w:t>
      </w:r>
      <w:r>
        <w:rPr>
          <w:b/>
          <w:color w:val="8C6B22"/>
          <w:sz w:val="16"/>
        </w:rPr>
        <w:t xml:space="preserve"> (5 points)</w:t>
      </w:r>
      <w:r>
        <w:rPr>
          <w:sz w:val="16"/>
        </w:rPr>
        <w:t xml:space="preserve">  List all members who presented an oral or poster presentation. List authors’ names, research titles and if they received an award (1st, 2nd, 3rd, or Honorable Mention) at the 2026 National Convention.</w:t>
      </w:r>
    </w:p>
    <w:tbl>
      <w:tblPr>
        <w:tblW w:w="0" w:type="auto"/>
        <w:jc w:val="center"/>
        <w:tblLayout w:type="fixed"/>
        <w:tblLook w:val="04A0" w:firstRow="1" w:lastRow="0" w:firstColumn="1" w:lastColumn="0" w:noHBand="0" w:noVBand="1"/>
      </w:tblPr>
      <w:tblGrid>
        <w:gridCol w:w="3024"/>
        <w:gridCol w:w="5688"/>
        <w:gridCol w:w="2015"/>
      </w:tblGrid>
      <w:tr w:rsidR="00F57796" w:rsidRPr="00AF4F35" w14:paraId="0AF6948B" w14:textId="77777777" w:rsidTr="00AF4F35">
        <w:trPr>
          <w:cantSplit/>
          <w:trHeight w:hRule="exact" w:val="389"/>
          <w:tblHeader/>
          <w:jc w:val="center"/>
        </w:trPr>
        <w:tc>
          <w:tcPr>
            <w:tcW w:w="3024"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6CC50A23" w14:textId="77777777" w:rsidR="00F57796" w:rsidRPr="00AF4F35" w:rsidRDefault="00000000">
            <w:pPr>
              <w:spacing w:after="0" w:line="240" w:lineRule="auto"/>
              <w:jc w:val="center"/>
              <w:rPr>
                <w:color w:val="auto"/>
              </w:rPr>
            </w:pPr>
            <w:r w:rsidRPr="00AF4F35">
              <w:rPr>
                <w:b/>
                <w:color w:val="auto"/>
                <w:sz w:val="14"/>
              </w:rPr>
              <w:t>NAME(S)</w:t>
            </w:r>
          </w:p>
        </w:tc>
        <w:tc>
          <w:tcPr>
            <w:tcW w:w="5688"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5E22E377" w14:textId="77777777" w:rsidR="00F57796" w:rsidRPr="00AF4F35" w:rsidRDefault="00000000">
            <w:pPr>
              <w:spacing w:after="0" w:line="240" w:lineRule="auto"/>
              <w:jc w:val="center"/>
              <w:rPr>
                <w:color w:val="auto"/>
              </w:rPr>
            </w:pPr>
            <w:r w:rsidRPr="00AF4F35">
              <w:rPr>
                <w:b/>
                <w:color w:val="auto"/>
                <w:sz w:val="14"/>
              </w:rPr>
              <w:t>TITLE</w:t>
            </w:r>
          </w:p>
        </w:tc>
        <w:tc>
          <w:tcPr>
            <w:tcW w:w="2015"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7B7D24B8" w14:textId="77777777" w:rsidR="00F57796" w:rsidRPr="00AF4F35" w:rsidRDefault="00000000">
            <w:pPr>
              <w:spacing w:after="0" w:line="240" w:lineRule="auto"/>
              <w:jc w:val="center"/>
              <w:rPr>
                <w:color w:val="auto"/>
              </w:rPr>
            </w:pPr>
            <w:r w:rsidRPr="00AF4F35">
              <w:rPr>
                <w:b/>
                <w:color w:val="auto"/>
                <w:sz w:val="14"/>
              </w:rPr>
              <w:t>AWARD</w:t>
            </w:r>
          </w:p>
        </w:tc>
      </w:tr>
      <w:tr w:rsidR="00F57796" w14:paraId="7338B75A" w14:textId="77777777" w:rsidTr="00AF4F35">
        <w:trPr>
          <w:cantSplit/>
          <w:trHeight w:hRule="exact" w:val="302"/>
          <w:jc w:val="center"/>
        </w:trPr>
        <w:tc>
          <w:tcPr>
            <w:tcW w:w="3024"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0AD48FA" w14:textId="77777777" w:rsidR="00F57796" w:rsidRDefault="00000000">
            <w:pPr>
              <w:spacing w:after="0" w:line="240" w:lineRule="auto"/>
            </w:pPr>
            <w:r>
              <w:rPr>
                <w:sz w:val="15"/>
              </w:rPr>
              <w:t>1.</w:t>
            </w:r>
          </w:p>
        </w:tc>
        <w:tc>
          <w:tcPr>
            <w:tcW w:w="5688"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2D5664E" w14:textId="77777777" w:rsidR="00F57796" w:rsidRDefault="00F57796">
            <w:pPr>
              <w:spacing w:after="0" w:line="240" w:lineRule="auto"/>
            </w:pPr>
          </w:p>
        </w:tc>
        <w:tc>
          <w:tcPr>
            <w:tcW w:w="2015"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FC27CC0" w14:textId="77777777" w:rsidR="00F57796" w:rsidRDefault="00F57796">
            <w:pPr>
              <w:spacing w:after="0" w:line="240" w:lineRule="auto"/>
            </w:pPr>
          </w:p>
        </w:tc>
      </w:tr>
      <w:tr w:rsidR="00F57796" w14:paraId="46B73CF0" w14:textId="77777777">
        <w:trPr>
          <w:cantSplit/>
          <w:trHeight w:hRule="exact" w:val="302"/>
          <w:jc w:val="center"/>
        </w:trPr>
        <w:tc>
          <w:tcPr>
            <w:tcW w:w="3024"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1DEF439" w14:textId="77777777" w:rsidR="00F57796" w:rsidRDefault="00000000">
            <w:pPr>
              <w:spacing w:after="0" w:line="240" w:lineRule="auto"/>
            </w:pPr>
            <w:r>
              <w:rPr>
                <w:sz w:val="15"/>
              </w:rPr>
              <w:t>2.</w:t>
            </w:r>
          </w:p>
        </w:tc>
        <w:tc>
          <w:tcPr>
            <w:tcW w:w="568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14C2AB7" w14:textId="77777777" w:rsidR="00F57796" w:rsidRDefault="00F57796">
            <w:pPr>
              <w:spacing w:after="0" w:line="240" w:lineRule="auto"/>
            </w:pPr>
          </w:p>
        </w:tc>
        <w:tc>
          <w:tcPr>
            <w:tcW w:w="2015"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20F7990" w14:textId="77777777" w:rsidR="00F57796" w:rsidRDefault="00F57796">
            <w:pPr>
              <w:spacing w:after="0" w:line="240" w:lineRule="auto"/>
            </w:pPr>
          </w:p>
        </w:tc>
      </w:tr>
      <w:tr w:rsidR="00F57796" w14:paraId="10E6C439" w14:textId="77777777">
        <w:trPr>
          <w:cantSplit/>
          <w:trHeight w:hRule="exact" w:val="302"/>
          <w:jc w:val="center"/>
        </w:trPr>
        <w:tc>
          <w:tcPr>
            <w:tcW w:w="3024"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EA9A2CB" w14:textId="77777777" w:rsidR="00F57796" w:rsidRDefault="00000000">
            <w:pPr>
              <w:spacing w:after="0" w:line="240" w:lineRule="auto"/>
            </w:pPr>
            <w:r>
              <w:rPr>
                <w:sz w:val="15"/>
              </w:rPr>
              <w:t>3.</w:t>
            </w:r>
          </w:p>
        </w:tc>
        <w:tc>
          <w:tcPr>
            <w:tcW w:w="568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CD73D42" w14:textId="77777777" w:rsidR="00F57796" w:rsidRDefault="00F57796">
            <w:pPr>
              <w:spacing w:after="0" w:line="240" w:lineRule="auto"/>
            </w:pPr>
          </w:p>
        </w:tc>
        <w:tc>
          <w:tcPr>
            <w:tcW w:w="2015"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855DC06" w14:textId="77777777" w:rsidR="00F57796" w:rsidRDefault="00F57796">
            <w:pPr>
              <w:spacing w:after="0" w:line="240" w:lineRule="auto"/>
            </w:pPr>
          </w:p>
        </w:tc>
      </w:tr>
      <w:tr w:rsidR="00F57796" w14:paraId="1A852C3C" w14:textId="77777777">
        <w:trPr>
          <w:cantSplit/>
          <w:trHeight w:hRule="exact" w:val="302"/>
          <w:jc w:val="center"/>
        </w:trPr>
        <w:tc>
          <w:tcPr>
            <w:tcW w:w="3024"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00283DF" w14:textId="77777777" w:rsidR="00F57796" w:rsidRDefault="00000000">
            <w:pPr>
              <w:spacing w:after="0" w:line="240" w:lineRule="auto"/>
            </w:pPr>
            <w:r>
              <w:rPr>
                <w:sz w:val="15"/>
              </w:rPr>
              <w:t>4.</w:t>
            </w:r>
          </w:p>
        </w:tc>
        <w:tc>
          <w:tcPr>
            <w:tcW w:w="568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B89A839" w14:textId="77777777" w:rsidR="00F57796" w:rsidRDefault="00F57796">
            <w:pPr>
              <w:spacing w:after="0" w:line="240" w:lineRule="auto"/>
            </w:pPr>
          </w:p>
        </w:tc>
        <w:tc>
          <w:tcPr>
            <w:tcW w:w="2015"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B0784F9" w14:textId="77777777" w:rsidR="00F57796" w:rsidRDefault="00F57796">
            <w:pPr>
              <w:spacing w:after="0" w:line="240" w:lineRule="auto"/>
            </w:pPr>
          </w:p>
        </w:tc>
      </w:tr>
      <w:tr w:rsidR="00F57796" w14:paraId="39DB8096" w14:textId="77777777">
        <w:trPr>
          <w:cantSplit/>
          <w:trHeight w:hRule="exact" w:val="302"/>
          <w:jc w:val="center"/>
        </w:trPr>
        <w:tc>
          <w:tcPr>
            <w:tcW w:w="3024"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1FEC34E" w14:textId="77777777" w:rsidR="00F57796" w:rsidRDefault="00000000">
            <w:pPr>
              <w:spacing w:after="0" w:line="240" w:lineRule="auto"/>
            </w:pPr>
            <w:r>
              <w:rPr>
                <w:sz w:val="15"/>
              </w:rPr>
              <w:t>5.</w:t>
            </w:r>
          </w:p>
        </w:tc>
        <w:tc>
          <w:tcPr>
            <w:tcW w:w="568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5974215" w14:textId="77777777" w:rsidR="00F57796" w:rsidRDefault="00F57796">
            <w:pPr>
              <w:spacing w:after="0" w:line="240" w:lineRule="auto"/>
            </w:pPr>
          </w:p>
        </w:tc>
        <w:tc>
          <w:tcPr>
            <w:tcW w:w="2015"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6CEE2B1" w14:textId="77777777" w:rsidR="00F57796" w:rsidRDefault="00F57796">
            <w:pPr>
              <w:spacing w:after="0" w:line="240" w:lineRule="auto"/>
            </w:pPr>
          </w:p>
        </w:tc>
      </w:tr>
    </w:tbl>
    <w:p w14:paraId="7EC10183" w14:textId="77777777" w:rsidR="00AF4F35" w:rsidRDefault="00AF4F35">
      <w:pPr>
        <w:keepNext/>
        <w:spacing w:after="40" w:line="240" w:lineRule="auto"/>
        <w:rPr>
          <w:b/>
          <w:sz w:val="16"/>
        </w:rPr>
      </w:pPr>
    </w:p>
    <w:p w14:paraId="34E0BDA1" w14:textId="717A5FFB" w:rsidR="00F57796" w:rsidRDefault="00000000">
      <w:pPr>
        <w:keepNext/>
        <w:spacing w:after="40" w:line="240" w:lineRule="auto"/>
      </w:pPr>
      <w:r>
        <w:rPr>
          <w:b/>
          <w:sz w:val="16"/>
        </w:rPr>
        <w:t>D.  Other Meetings</w:t>
      </w:r>
      <w:r>
        <w:rPr>
          <w:b/>
          <w:color w:val="8C6B22"/>
          <w:sz w:val="16"/>
        </w:rPr>
        <w:t xml:space="preserve"> (2 points)</w:t>
      </w:r>
      <w:r>
        <w:rPr>
          <w:sz w:val="16"/>
        </w:rPr>
        <w:t xml:space="preserve">  List all members who presented an oral or poster presentation. List authors’ names, research titles and if they received an award (1st, 2nd, 3rd, or Honorable Mention) at other Meetings. (Specify meeting.)</w:t>
      </w:r>
    </w:p>
    <w:tbl>
      <w:tblPr>
        <w:tblW w:w="0" w:type="auto"/>
        <w:jc w:val="center"/>
        <w:tblLayout w:type="fixed"/>
        <w:tblLook w:val="04A0" w:firstRow="1" w:lastRow="0" w:firstColumn="1" w:lastColumn="0" w:noHBand="0" w:noVBand="1"/>
      </w:tblPr>
      <w:tblGrid>
        <w:gridCol w:w="2664"/>
        <w:gridCol w:w="4608"/>
        <w:gridCol w:w="1728"/>
        <w:gridCol w:w="1728"/>
      </w:tblGrid>
      <w:tr w:rsidR="00F57796" w:rsidRPr="00AF4F35" w14:paraId="232BC30C" w14:textId="77777777" w:rsidTr="00AF4F35">
        <w:trPr>
          <w:cantSplit/>
          <w:trHeight w:hRule="exact" w:val="518"/>
          <w:tblHeader/>
          <w:jc w:val="center"/>
        </w:trPr>
        <w:tc>
          <w:tcPr>
            <w:tcW w:w="2664"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2CD799BD" w14:textId="77777777" w:rsidR="00F57796" w:rsidRPr="00AF4F35" w:rsidRDefault="00000000">
            <w:pPr>
              <w:spacing w:after="0" w:line="240" w:lineRule="auto"/>
              <w:jc w:val="center"/>
              <w:rPr>
                <w:color w:val="auto"/>
              </w:rPr>
            </w:pPr>
            <w:r w:rsidRPr="00AF4F35">
              <w:rPr>
                <w:b/>
                <w:color w:val="auto"/>
                <w:sz w:val="14"/>
              </w:rPr>
              <w:t>NAME(S)</w:t>
            </w:r>
          </w:p>
        </w:tc>
        <w:tc>
          <w:tcPr>
            <w:tcW w:w="4608"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6631AFBD" w14:textId="77777777" w:rsidR="00F57796" w:rsidRPr="00AF4F35" w:rsidRDefault="00000000">
            <w:pPr>
              <w:spacing w:after="0" w:line="240" w:lineRule="auto"/>
              <w:jc w:val="center"/>
              <w:rPr>
                <w:color w:val="auto"/>
              </w:rPr>
            </w:pPr>
            <w:r w:rsidRPr="00AF4F35">
              <w:rPr>
                <w:b/>
                <w:color w:val="auto"/>
                <w:sz w:val="14"/>
              </w:rPr>
              <w:t>TITLE</w:t>
            </w:r>
          </w:p>
        </w:tc>
        <w:tc>
          <w:tcPr>
            <w:tcW w:w="1728"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1B2FDBD3" w14:textId="77777777" w:rsidR="00F57796" w:rsidRPr="00AF4F35" w:rsidRDefault="00000000">
            <w:pPr>
              <w:spacing w:after="0" w:line="240" w:lineRule="auto"/>
              <w:jc w:val="center"/>
              <w:rPr>
                <w:color w:val="auto"/>
              </w:rPr>
            </w:pPr>
            <w:r w:rsidRPr="00AF4F35">
              <w:rPr>
                <w:b/>
                <w:color w:val="auto"/>
                <w:sz w:val="14"/>
              </w:rPr>
              <w:t>MEETING</w:t>
            </w:r>
            <w:r w:rsidRPr="00AF4F35">
              <w:rPr>
                <w:b/>
                <w:color w:val="auto"/>
                <w:sz w:val="14"/>
              </w:rPr>
              <w:br/>
              <w:t>NAME</w:t>
            </w:r>
          </w:p>
        </w:tc>
        <w:tc>
          <w:tcPr>
            <w:tcW w:w="1728"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1610F24A" w14:textId="77777777" w:rsidR="00F57796" w:rsidRPr="00AF4F35" w:rsidRDefault="00000000">
            <w:pPr>
              <w:spacing w:after="0" w:line="240" w:lineRule="auto"/>
              <w:jc w:val="center"/>
              <w:rPr>
                <w:color w:val="auto"/>
              </w:rPr>
            </w:pPr>
            <w:r w:rsidRPr="00AF4F35">
              <w:rPr>
                <w:b/>
                <w:color w:val="auto"/>
                <w:sz w:val="14"/>
              </w:rPr>
              <w:t>AWARD</w:t>
            </w:r>
          </w:p>
        </w:tc>
      </w:tr>
      <w:tr w:rsidR="00F57796" w14:paraId="6618CED7" w14:textId="77777777" w:rsidTr="00AF4F35">
        <w:trPr>
          <w:cantSplit/>
          <w:trHeight w:hRule="exact" w:val="302"/>
          <w:jc w:val="center"/>
        </w:trPr>
        <w:tc>
          <w:tcPr>
            <w:tcW w:w="2664"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0E665BF" w14:textId="77777777" w:rsidR="00F57796" w:rsidRDefault="00000000">
            <w:pPr>
              <w:spacing w:after="0" w:line="240" w:lineRule="auto"/>
            </w:pPr>
            <w:r>
              <w:rPr>
                <w:sz w:val="14"/>
              </w:rPr>
              <w:t>1.</w:t>
            </w:r>
          </w:p>
        </w:tc>
        <w:tc>
          <w:tcPr>
            <w:tcW w:w="4608"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1DA27AF" w14:textId="77777777" w:rsidR="00F57796" w:rsidRDefault="00F57796">
            <w:pPr>
              <w:spacing w:after="0" w:line="240" w:lineRule="auto"/>
            </w:pPr>
          </w:p>
        </w:tc>
        <w:tc>
          <w:tcPr>
            <w:tcW w:w="1728"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9310924" w14:textId="77777777" w:rsidR="00F57796" w:rsidRDefault="00F57796">
            <w:pPr>
              <w:spacing w:after="0" w:line="240" w:lineRule="auto"/>
            </w:pPr>
          </w:p>
        </w:tc>
        <w:tc>
          <w:tcPr>
            <w:tcW w:w="1728"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9387622" w14:textId="77777777" w:rsidR="00F57796" w:rsidRDefault="00F57796">
            <w:pPr>
              <w:spacing w:after="0" w:line="240" w:lineRule="auto"/>
            </w:pPr>
          </w:p>
        </w:tc>
      </w:tr>
      <w:tr w:rsidR="00F57796" w14:paraId="7655FA0D" w14:textId="77777777">
        <w:trPr>
          <w:cantSplit/>
          <w:trHeight w:hRule="exact" w:val="302"/>
          <w:jc w:val="center"/>
        </w:trPr>
        <w:tc>
          <w:tcPr>
            <w:tcW w:w="2664"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0C3FBCC" w14:textId="77777777" w:rsidR="00F57796" w:rsidRDefault="00000000">
            <w:pPr>
              <w:spacing w:after="0" w:line="240" w:lineRule="auto"/>
            </w:pPr>
            <w:r>
              <w:rPr>
                <w:sz w:val="14"/>
              </w:rPr>
              <w:t>2.</w:t>
            </w:r>
          </w:p>
        </w:tc>
        <w:tc>
          <w:tcPr>
            <w:tcW w:w="460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99FBE50" w14:textId="77777777" w:rsidR="00F57796" w:rsidRDefault="00F57796">
            <w:pPr>
              <w:spacing w:after="0" w:line="240" w:lineRule="auto"/>
            </w:pPr>
          </w:p>
        </w:tc>
        <w:tc>
          <w:tcPr>
            <w:tcW w:w="172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054F0E8" w14:textId="77777777" w:rsidR="00F57796" w:rsidRDefault="00F57796">
            <w:pPr>
              <w:spacing w:after="0" w:line="240" w:lineRule="auto"/>
            </w:pPr>
          </w:p>
        </w:tc>
        <w:tc>
          <w:tcPr>
            <w:tcW w:w="172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5AAD910" w14:textId="77777777" w:rsidR="00F57796" w:rsidRDefault="00F57796">
            <w:pPr>
              <w:spacing w:after="0" w:line="240" w:lineRule="auto"/>
            </w:pPr>
          </w:p>
        </w:tc>
      </w:tr>
      <w:tr w:rsidR="00F57796" w14:paraId="30374007" w14:textId="77777777">
        <w:trPr>
          <w:cantSplit/>
          <w:trHeight w:hRule="exact" w:val="302"/>
          <w:jc w:val="center"/>
        </w:trPr>
        <w:tc>
          <w:tcPr>
            <w:tcW w:w="2664"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B66AA40" w14:textId="77777777" w:rsidR="00F57796" w:rsidRDefault="00000000">
            <w:pPr>
              <w:spacing w:after="0" w:line="240" w:lineRule="auto"/>
            </w:pPr>
            <w:r>
              <w:rPr>
                <w:sz w:val="14"/>
              </w:rPr>
              <w:t>3.</w:t>
            </w:r>
          </w:p>
        </w:tc>
        <w:tc>
          <w:tcPr>
            <w:tcW w:w="460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C9E37E3" w14:textId="77777777" w:rsidR="00F57796" w:rsidRDefault="00F57796">
            <w:pPr>
              <w:spacing w:after="0" w:line="240" w:lineRule="auto"/>
            </w:pPr>
          </w:p>
        </w:tc>
        <w:tc>
          <w:tcPr>
            <w:tcW w:w="172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CD2C2C0" w14:textId="77777777" w:rsidR="00F57796" w:rsidRDefault="00F57796">
            <w:pPr>
              <w:spacing w:after="0" w:line="240" w:lineRule="auto"/>
            </w:pPr>
          </w:p>
        </w:tc>
        <w:tc>
          <w:tcPr>
            <w:tcW w:w="172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C861DF0" w14:textId="77777777" w:rsidR="00F57796" w:rsidRDefault="00F57796">
            <w:pPr>
              <w:spacing w:after="0" w:line="240" w:lineRule="auto"/>
            </w:pPr>
          </w:p>
        </w:tc>
      </w:tr>
      <w:tr w:rsidR="00F57796" w14:paraId="7BDCC0F2" w14:textId="77777777">
        <w:trPr>
          <w:cantSplit/>
          <w:trHeight w:hRule="exact" w:val="302"/>
          <w:jc w:val="center"/>
        </w:trPr>
        <w:tc>
          <w:tcPr>
            <w:tcW w:w="2664"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2A01D17" w14:textId="77777777" w:rsidR="00F57796" w:rsidRDefault="00000000">
            <w:pPr>
              <w:spacing w:after="0" w:line="240" w:lineRule="auto"/>
            </w:pPr>
            <w:r>
              <w:rPr>
                <w:sz w:val="14"/>
              </w:rPr>
              <w:t>4.</w:t>
            </w:r>
          </w:p>
        </w:tc>
        <w:tc>
          <w:tcPr>
            <w:tcW w:w="460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388DF4F" w14:textId="77777777" w:rsidR="00F57796" w:rsidRDefault="00F57796">
            <w:pPr>
              <w:spacing w:after="0" w:line="240" w:lineRule="auto"/>
            </w:pPr>
          </w:p>
        </w:tc>
        <w:tc>
          <w:tcPr>
            <w:tcW w:w="172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4EBBF61" w14:textId="77777777" w:rsidR="00F57796" w:rsidRDefault="00F57796">
            <w:pPr>
              <w:spacing w:after="0" w:line="240" w:lineRule="auto"/>
            </w:pPr>
          </w:p>
        </w:tc>
        <w:tc>
          <w:tcPr>
            <w:tcW w:w="172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319B25F" w14:textId="77777777" w:rsidR="00F57796" w:rsidRDefault="00F57796">
            <w:pPr>
              <w:spacing w:after="0" w:line="240" w:lineRule="auto"/>
            </w:pPr>
          </w:p>
        </w:tc>
      </w:tr>
      <w:tr w:rsidR="00F57796" w14:paraId="06F2D7FC" w14:textId="77777777">
        <w:trPr>
          <w:cantSplit/>
          <w:trHeight w:hRule="exact" w:val="302"/>
          <w:jc w:val="center"/>
        </w:trPr>
        <w:tc>
          <w:tcPr>
            <w:tcW w:w="2664"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EE30D55" w14:textId="77777777" w:rsidR="00F57796" w:rsidRDefault="00000000">
            <w:pPr>
              <w:spacing w:after="0" w:line="240" w:lineRule="auto"/>
            </w:pPr>
            <w:r>
              <w:rPr>
                <w:sz w:val="14"/>
              </w:rPr>
              <w:t>5.</w:t>
            </w:r>
          </w:p>
        </w:tc>
        <w:tc>
          <w:tcPr>
            <w:tcW w:w="460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78354D0" w14:textId="77777777" w:rsidR="00F57796" w:rsidRDefault="00F57796">
            <w:pPr>
              <w:spacing w:after="0" w:line="240" w:lineRule="auto"/>
            </w:pPr>
          </w:p>
        </w:tc>
        <w:tc>
          <w:tcPr>
            <w:tcW w:w="172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4598EB9" w14:textId="77777777" w:rsidR="00F57796" w:rsidRDefault="00F57796">
            <w:pPr>
              <w:spacing w:after="0" w:line="240" w:lineRule="auto"/>
            </w:pPr>
          </w:p>
        </w:tc>
        <w:tc>
          <w:tcPr>
            <w:tcW w:w="172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AC51CE8" w14:textId="77777777" w:rsidR="00F57796" w:rsidRDefault="00F57796">
            <w:pPr>
              <w:spacing w:after="0" w:line="240" w:lineRule="auto"/>
            </w:pPr>
          </w:p>
        </w:tc>
      </w:tr>
    </w:tbl>
    <w:p w14:paraId="2D54A102" w14:textId="77777777" w:rsidR="00F57796" w:rsidRDefault="00000000">
      <w:pPr>
        <w:spacing w:after="0"/>
      </w:pPr>
      <w:r>
        <w:br w:type="page"/>
      </w:r>
    </w:p>
    <w:tbl>
      <w:tblPr>
        <w:tblW w:w="0" w:type="auto"/>
        <w:jc w:val="center"/>
        <w:tblLayout w:type="fixed"/>
        <w:tblLook w:val="04A0" w:firstRow="1" w:lastRow="0" w:firstColumn="1" w:lastColumn="0" w:noHBand="0" w:noVBand="1"/>
      </w:tblPr>
      <w:tblGrid>
        <w:gridCol w:w="10728"/>
      </w:tblGrid>
      <w:tr w:rsidR="00F57796" w14:paraId="14865BB8" w14:textId="77777777">
        <w:trPr>
          <w:jc w:val="center"/>
        </w:trPr>
        <w:tc>
          <w:tcPr>
            <w:tcW w:w="10728" w:type="dxa"/>
            <w:tcBorders>
              <w:top w:val="single" w:sz="6" w:space="0" w:color="B59645"/>
              <w:left w:val="nil"/>
              <w:bottom w:val="single" w:sz="6" w:space="0" w:color="B59645"/>
              <w:right w:val="nil"/>
            </w:tcBorders>
            <w:shd w:val="clear" w:color="auto" w:fill="EFE9DC"/>
            <w:tcMar>
              <w:top w:w="75" w:type="dxa"/>
              <w:left w:w="100" w:type="dxa"/>
              <w:bottom w:w="75" w:type="dxa"/>
              <w:right w:w="100" w:type="dxa"/>
            </w:tcMar>
          </w:tcPr>
          <w:p w14:paraId="22B1A7FD" w14:textId="77777777" w:rsidR="00F57796" w:rsidRDefault="00000000">
            <w:pPr>
              <w:spacing w:after="0"/>
              <w:jc w:val="center"/>
            </w:pPr>
            <w:r>
              <w:rPr>
                <w:b/>
                <w:color w:val="8C6B22"/>
                <w:sz w:val="23"/>
              </w:rPr>
              <w:lastRenderedPageBreak/>
              <w:t>PART I. RESEARCH CONDUCTED AND PUBLISHED - CONTINUED</w:t>
            </w:r>
          </w:p>
        </w:tc>
      </w:tr>
    </w:tbl>
    <w:p w14:paraId="01796E46" w14:textId="77777777" w:rsidR="00F57796" w:rsidRDefault="00F57796">
      <w:pPr>
        <w:spacing w:after="20" w:line="48" w:lineRule="auto"/>
      </w:pPr>
    </w:p>
    <w:p w14:paraId="2A883166" w14:textId="77777777" w:rsidR="00F57796" w:rsidRDefault="00000000">
      <w:pPr>
        <w:keepNext/>
        <w:spacing w:after="40" w:line="240" w:lineRule="auto"/>
      </w:pPr>
      <w:r>
        <w:rPr>
          <w:b/>
          <w:sz w:val="17"/>
        </w:rPr>
        <w:t>E.  Submitted Manuscripts for Publication Consideration in BIOS</w:t>
      </w:r>
      <w:r>
        <w:rPr>
          <w:b/>
          <w:color w:val="8C6B22"/>
          <w:sz w:val="17"/>
        </w:rPr>
        <w:t xml:space="preserve"> (5 points)</w:t>
      </w:r>
      <w:r>
        <w:rPr>
          <w:sz w:val="17"/>
        </w:rPr>
        <w:t xml:space="preserve">  List all authors, short title, date of submission. Manuscript types include Research articles, Preliminary reports, or Biologist Forum submissions.</w:t>
      </w:r>
    </w:p>
    <w:tbl>
      <w:tblPr>
        <w:tblW w:w="0" w:type="auto"/>
        <w:jc w:val="center"/>
        <w:tblLayout w:type="fixed"/>
        <w:tblLook w:val="04A0" w:firstRow="1" w:lastRow="0" w:firstColumn="1" w:lastColumn="0" w:noHBand="0" w:noVBand="1"/>
      </w:tblPr>
      <w:tblGrid>
        <w:gridCol w:w="2620"/>
        <w:gridCol w:w="4392"/>
        <w:gridCol w:w="1756"/>
        <w:gridCol w:w="1958"/>
      </w:tblGrid>
      <w:tr w:rsidR="00F57796" w:rsidRPr="00AF4F35" w14:paraId="1CFC3CC3" w14:textId="77777777" w:rsidTr="00AF4F35">
        <w:trPr>
          <w:cantSplit/>
          <w:trHeight w:hRule="exact" w:val="518"/>
          <w:tblHeader/>
          <w:jc w:val="center"/>
        </w:trPr>
        <w:tc>
          <w:tcPr>
            <w:tcW w:w="2620"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45DBD1D9" w14:textId="77777777" w:rsidR="00F57796" w:rsidRPr="00AF4F35" w:rsidRDefault="00000000">
            <w:pPr>
              <w:spacing w:after="0" w:line="240" w:lineRule="auto"/>
              <w:jc w:val="center"/>
              <w:rPr>
                <w:color w:val="auto"/>
              </w:rPr>
            </w:pPr>
            <w:r w:rsidRPr="00AF4F35">
              <w:rPr>
                <w:b/>
                <w:color w:val="auto"/>
                <w:sz w:val="14"/>
              </w:rPr>
              <w:t>NAME(S)</w:t>
            </w:r>
          </w:p>
        </w:tc>
        <w:tc>
          <w:tcPr>
            <w:tcW w:w="4392"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1D0E553A" w14:textId="77777777" w:rsidR="00F57796" w:rsidRPr="00AF4F35" w:rsidRDefault="00000000">
            <w:pPr>
              <w:spacing w:after="0" w:line="240" w:lineRule="auto"/>
              <w:jc w:val="center"/>
              <w:rPr>
                <w:color w:val="auto"/>
              </w:rPr>
            </w:pPr>
            <w:r w:rsidRPr="00AF4F35">
              <w:rPr>
                <w:b/>
                <w:color w:val="auto"/>
                <w:sz w:val="14"/>
              </w:rPr>
              <w:t>TITLE</w:t>
            </w:r>
          </w:p>
        </w:tc>
        <w:tc>
          <w:tcPr>
            <w:tcW w:w="1756"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49E856B4" w14:textId="77777777" w:rsidR="00F57796" w:rsidRPr="00AF4F35" w:rsidRDefault="00000000">
            <w:pPr>
              <w:spacing w:after="0" w:line="240" w:lineRule="auto"/>
              <w:jc w:val="center"/>
              <w:rPr>
                <w:color w:val="auto"/>
              </w:rPr>
            </w:pPr>
            <w:r w:rsidRPr="00AF4F35">
              <w:rPr>
                <w:b/>
                <w:color w:val="auto"/>
                <w:sz w:val="14"/>
              </w:rPr>
              <w:t>SUBMISSION</w:t>
            </w:r>
            <w:r w:rsidRPr="00AF4F35">
              <w:rPr>
                <w:b/>
                <w:color w:val="auto"/>
                <w:sz w:val="14"/>
              </w:rPr>
              <w:br/>
              <w:t>DATE</w:t>
            </w:r>
          </w:p>
        </w:tc>
        <w:tc>
          <w:tcPr>
            <w:tcW w:w="1958"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71531FEA" w14:textId="77777777" w:rsidR="00F57796" w:rsidRPr="00AF4F35" w:rsidRDefault="00000000">
            <w:pPr>
              <w:spacing w:after="0" w:line="240" w:lineRule="auto"/>
              <w:jc w:val="center"/>
              <w:rPr>
                <w:color w:val="auto"/>
              </w:rPr>
            </w:pPr>
            <w:r w:rsidRPr="00AF4F35">
              <w:rPr>
                <w:b/>
                <w:color w:val="auto"/>
                <w:sz w:val="14"/>
              </w:rPr>
              <w:t>MANUSCRIPT</w:t>
            </w:r>
            <w:r w:rsidRPr="00AF4F35">
              <w:rPr>
                <w:b/>
                <w:color w:val="auto"/>
                <w:sz w:val="14"/>
              </w:rPr>
              <w:br/>
              <w:t>TYPE</w:t>
            </w:r>
          </w:p>
        </w:tc>
      </w:tr>
      <w:tr w:rsidR="00F57796" w14:paraId="7BBE53E3" w14:textId="77777777" w:rsidTr="00AF4F35">
        <w:trPr>
          <w:cantSplit/>
          <w:trHeight w:hRule="exact" w:val="403"/>
          <w:jc w:val="center"/>
        </w:trPr>
        <w:tc>
          <w:tcPr>
            <w:tcW w:w="2620"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3B3B5EC" w14:textId="77777777" w:rsidR="00F57796" w:rsidRDefault="00000000">
            <w:pPr>
              <w:spacing w:after="0" w:line="240" w:lineRule="auto"/>
            </w:pPr>
            <w:r>
              <w:rPr>
                <w:sz w:val="15"/>
              </w:rPr>
              <w:t>1.</w:t>
            </w:r>
          </w:p>
        </w:tc>
        <w:tc>
          <w:tcPr>
            <w:tcW w:w="4392"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056D13C" w14:textId="77777777" w:rsidR="00F57796" w:rsidRDefault="00F57796">
            <w:pPr>
              <w:spacing w:after="0" w:line="240" w:lineRule="auto"/>
            </w:pPr>
          </w:p>
        </w:tc>
        <w:tc>
          <w:tcPr>
            <w:tcW w:w="1756"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DA5D4F8" w14:textId="77777777" w:rsidR="00F57796" w:rsidRDefault="00F57796">
            <w:pPr>
              <w:spacing w:after="0" w:line="240" w:lineRule="auto"/>
            </w:pPr>
          </w:p>
        </w:tc>
        <w:tc>
          <w:tcPr>
            <w:tcW w:w="1958"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DE816C4" w14:textId="77777777" w:rsidR="00F57796" w:rsidRDefault="00F57796">
            <w:pPr>
              <w:spacing w:after="0" w:line="240" w:lineRule="auto"/>
            </w:pPr>
          </w:p>
        </w:tc>
      </w:tr>
      <w:tr w:rsidR="00F57796" w14:paraId="3671ED5F" w14:textId="77777777">
        <w:trPr>
          <w:cantSplit/>
          <w:trHeight w:hRule="exact" w:val="403"/>
          <w:jc w:val="center"/>
        </w:trPr>
        <w:tc>
          <w:tcPr>
            <w:tcW w:w="262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FA520E0" w14:textId="77777777" w:rsidR="00F57796" w:rsidRDefault="00000000">
            <w:pPr>
              <w:spacing w:after="0" w:line="240" w:lineRule="auto"/>
            </w:pPr>
            <w:r>
              <w:rPr>
                <w:sz w:val="15"/>
              </w:rPr>
              <w:t>2.</w:t>
            </w:r>
          </w:p>
        </w:tc>
        <w:tc>
          <w:tcPr>
            <w:tcW w:w="439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CEB237F" w14:textId="77777777" w:rsidR="00F57796" w:rsidRDefault="00F57796">
            <w:pPr>
              <w:spacing w:after="0" w:line="240" w:lineRule="auto"/>
            </w:pPr>
          </w:p>
        </w:tc>
        <w:tc>
          <w:tcPr>
            <w:tcW w:w="175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3BD64C0" w14:textId="77777777" w:rsidR="00F57796" w:rsidRDefault="00F57796">
            <w:pPr>
              <w:spacing w:after="0" w:line="240" w:lineRule="auto"/>
            </w:pPr>
          </w:p>
        </w:tc>
        <w:tc>
          <w:tcPr>
            <w:tcW w:w="195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3CEFAA3" w14:textId="77777777" w:rsidR="00F57796" w:rsidRDefault="00F57796">
            <w:pPr>
              <w:spacing w:after="0" w:line="240" w:lineRule="auto"/>
            </w:pPr>
          </w:p>
        </w:tc>
      </w:tr>
      <w:tr w:rsidR="00F57796" w14:paraId="44051083" w14:textId="77777777">
        <w:trPr>
          <w:cantSplit/>
          <w:trHeight w:hRule="exact" w:val="403"/>
          <w:jc w:val="center"/>
        </w:trPr>
        <w:tc>
          <w:tcPr>
            <w:tcW w:w="262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BAC2B28" w14:textId="77777777" w:rsidR="00F57796" w:rsidRDefault="00000000">
            <w:pPr>
              <w:spacing w:after="0" w:line="240" w:lineRule="auto"/>
            </w:pPr>
            <w:r>
              <w:rPr>
                <w:sz w:val="15"/>
              </w:rPr>
              <w:t>3.</w:t>
            </w:r>
          </w:p>
        </w:tc>
        <w:tc>
          <w:tcPr>
            <w:tcW w:w="439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700689C" w14:textId="77777777" w:rsidR="00F57796" w:rsidRDefault="00F57796">
            <w:pPr>
              <w:spacing w:after="0" w:line="240" w:lineRule="auto"/>
            </w:pPr>
          </w:p>
        </w:tc>
        <w:tc>
          <w:tcPr>
            <w:tcW w:w="175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5BA02A9" w14:textId="77777777" w:rsidR="00F57796" w:rsidRDefault="00F57796">
            <w:pPr>
              <w:spacing w:after="0" w:line="240" w:lineRule="auto"/>
            </w:pPr>
          </w:p>
        </w:tc>
        <w:tc>
          <w:tcPr>
            <w:tcW w:w="195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C04ED00" w14:textId="77777777" w:rsidR="00F57796" w:rsidRDefault="00F57796">
            <w:pPr>
              <w:spacing w:after="0" w:line="240" w:lineRule="auto"/>
            </w:pPr>
          </w:p>
        </w:tc>
      </w:tr>
      <w:tr w:rsidR="00F57796" w14:paraId="1B982900" w14:textId="77777777">
        <w:trPr>
          <w:cantSplit/>
          <w:trHeight w:hRule="exact" w:val="403"/>
          <w:jc w:val="center"/>
        </w:trPr>
        <w:tc>
          <w:tcPr>
            <w:tcW w:w="262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1574091" w14:textId="77777777" w:rsidR="00F57796" w:rsidRDefault="00000000">
            <w:pPr>
              <w:spacing w:after="0" w:line="240" w:lineRule="auto"/>
            </w:pPr>
            <w:r>
              <w:rPr>
                <w:sz w:val="15"/>
              </w:rPr>
              <w:t>4.</w:t>
            </w:r>
          </w:p>
        </w:tc>
        <w:tc>
          <w:tcPr>
            <w:tcW w:w="439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B54BF62" w14:textId="77777777" w:rsidR="00F57796" w:rsidRDefault="00F57796">
            <w:pPr>
              <w:spacing w:after="0" w:line="240" w:lineRule="auto"/>
            </w:pPr>
          </w:p>
        </w:tc>
        <w:tc>
          <w:tcPr>
            <w:tcW w:w="175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D3F0218" w14:textId="77777777" w:rsidR="00F57796" w:rsidRDefault="00F57796">
            <w:pPr>
              <w:spacing w:after="0" w:line="240" w:lineRule="auto"/>
            </w:pPr>
          </w:p>
        </w:tc>
        <w:tc>
          <w:tcPr>
            <w:tcW w:w="195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5403759" w14:textId="77777777" w:rsidR="00F57796" w:rsidRDefault="00F57796">
            <w:pPr>
              <w:spacing w:after="0" w:line="240" w:lineRule="auto"/>
            </w:pPr>
          </w:p>
        </w:tc>
      </w:tr>
      <w:tr w:rsidR="00F57796" w14:paraId="79458852" w14:textId="77777777">
        <w:trPr>
          <w:cantSplit/>
          <w:trHeight w:hRule="exact" w:val="403"/>
          <w:jc w:val="center"/>
        </w:trPr>
        <w:tc>
          <w:tcPr>
            <w:tcW w:w="262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769AC68" w14:textId="77777777" w:rsidR="00F57796" w:rsidRDefault="00000000">
            <w:pPr>
              <w:spacing w:after="0" w:line="240" w:lineRule="auto"/>
            </w:pPr>
            <w:r>
              <w:rPr>
                <w:sz w:val="15"/>
              </w:rPr>
              <w:t>5.</w:t>
            </w:r>
          </w:p>
        </w:tc>
        <w:tc>
          <w:tcPr>
            <w:tcW w:w="439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C07EF97" w14:textId="77777777" w:rsidR="00F57796" w:rsidRDefault="00F57796">
            <w:pPr>
              <w:spacing w:after="0" w:line="240" w:lineRule="auto"/>
            </w:pPr>
          </w:p>
        </w:tc>
        <w:tc>
          <w:tcPr>
            <w:tcW w:w="175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77F5D95" w14:textId="77777777" w:rsidR="00F57796" w:rsidRDefault="00F57796">
            <w:pPr>
              <w:spacing w:after="0" w:line="240" w:lineRule="auto"/>
            </w:pPr>
          </w:p>
        </w:tc>
        <w:tc>
          <w:tcPr>
            <w:tcW w:w="195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C35DBFF" w14:textId="77777777" w:rsidR="00F57796" w:rsidRDefault="00F57796">
            <w:pPr>
              <w:spacing w:after="0" w:line="240" w:lineRule="auto"/>
            </w:pPr>
          </w:p>
        </w:tc>
      </w:tr>
    </w:tbl>
    <w:p w14:paraId="0FED869A" w14:textId="77777777" w:rsidR="00AF4F35" w:rsidRDefault="00AF4F35">
      <w:pPr>
        <w:keepNext/>
        <w:spacing w:after="40" w:line="240" w:lineRule="auto"/>
        <w:rPr>
          <w:b/>
          <w:sz w:val="17"/>
        </w:rPr>
      </w:pPr>
    </w:p>
    <w:p w14:paraId="7B8BA4F3" w14:textId="4D63FCFE" w:rsidR="00F57796" w:rsidRDefault="00000000">
      <w:pPr>
        <w:keepNext/>
        <w:spacing w:after="40" w:line="240" w:lineRule="auto"/>
      </w:pPr>
      <w:r>
        <w:rPr>
          <w:b/>
          <w:sz w:val="17"/>
        </w:rPr>
        <w:t>F.  Published Research in BIOS</w:t>
      </w:r>
      <w:r>
        <w:rPr>
          <w:b/>
          <w:color w:val="8C6B22"/>
          <w:sz w:val="17"/>
        </w:rPr>
        <w:t xml:space="preserve"> (8 points)</w:t>
      </w:r>
      <w:r>
        <w:rPr>
          <w:sz w:val="17"/>
        </w:rPr>
        <w:t xml:space="preserve">  List all authors, short title, Volume and Date. Research articles, Preliminary reports, or Biologist Forum publications are acceptable.</w:t>
      </w:r>
    </w:p>
    <w:tbl>
      <w:tblPr>
        <w:tblW w:w="0" w:type="auto"/>
        <w:jc w:val="center"/>
        <w:tblLayout w:type="fixed"/>
        <w:tblLook w:val="04A0" w:firstRow="1" w:lastRow="0" w:firstColumn="1" w:lastColumn="0" w:noHBand="0" w:noVBand="1"/>
      </w:tblPr>
      <w:tblGrid>
        <w:gridCol w:w="2620"/>
        <w:gridCol w:w="4392"/>
        <w:gridCol w:w="1756"/>
        <w:gridCol w:w="1958"/>
      </w:tblGrid>
      <w:tr w:rsidR="00F57796" w:rsidRPr="00AF4F35" w14:paraId="2175F302" w14:textId="77777777" w:rsidTr="00AF4F35">
        <w:trPr>
          <w:cantSplit/>
          <w:trHeight w:hRule="exact" w:val="518"/>
          <w:tblHeader/>
          <w:jc w:val="center"/>
        </w:trPr>
        <w:tc>
          <w:tcPr>
            <w:tcW w:w="2620"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37440586" w14:textId="77777777" w:rsidR="00F57796" w:rsidRPr="00AF4F35" w:rsidRDefault="00000000">
            <w:pPr>
              <w:spacing w:after="0" w:line="240" w:lineRule="auto"/>
              <w:jc w:val="center"/>
              <w:rPr>
                <w:color w:val="auto"/>
              </w:rPr>
            </w:pPr>
            <w:r w:rsidRPr="00AF4F35">
              <w:rPr>
                <w:b/>
                <w:color w:val="auto"/>
                <w:sz w:val="14"/>
              </w:rPr>
              <w:t>NAME(S)</w:t>
            </w:r>
          </w:p>
        </w:tc>
        <w:tc>
          <w:tcPr>
            <w:tcW w:w="4392"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4794BA46" w14:textId="77777777" w:rsidR="00F57796" w:rsidRPr="00AF4F35" w:rsidRDefault="00000000">
            <w:pPr>
              <w:spacing w:after="0" w:line="240" w:lineRule="auto"/>
              <w:jc w:val="center"/>
              <w:rPr>
                <w:color w:val="auto"/>
              </w:rPr>
            </w:pPr>
            <w:r w:rsidRPr="00AF4F35">
              <w:rPr>
                <w:b/>
                <w:color w:val="auto"/>
                <w:sz w:val="14"/>
              </w:rPr>
              <w:t>TITLE</w:t>
            </w:r>
          </w:p>
        </w:tc>
        <w:tc>
          <w:tcPr>
            <w:tcW w:w="1756"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2FBAEC0B" w14:textId="77777777" w:rsidR="00F57796" w:rsidRPr="00AF4F35" w:rsidRDefault="00000000">
            <w:pPr>
              <w:spacing w:after="0" w:line="240" w:lineRule="auto"/>
              <w:jc w:val="center"/>
              <w:rPr>
                <w:color w:val="auto"/>
              </w:rPr>
            </w:pPr>
            <w:r w:rsidRPr="00AF4F35">
              <w:rPr>
                <w:b/>
                <w:color w:val="auto"/>
                <w:sz w:val="14"/>
              </w:rPr>
              <w:t>PUBLICATION</w:t>
            </w:r>
            <w:r w:rsidRPr="00AF4F35">
              <w:rPr>
                <w:b/>
                <w:color w:val="auto"/>
                <w:sz w:val="14"/>
              </w:rPr>
              <w:br/>
              <w:t>INFO</w:t>
            </w:r>
          </w:p>
        </w:tc>
        <w:tc>
          <w:tcPr>
            <w:tcW w:w="1958"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30FE28F4" w14:textId="77777777" w:rsidR="00F57796" w:rsidRPr="00AF4F35" w:rsidRDefault="00000000">
            <w:pPr>
              <w:spacing w:after="0" w:line="240" w:lineRule="auto"/>
              <w:jc w:val="center"/>
              <w:rPr>
                <w:color w:val="auto"/>
              </w:rPr>
            </w:pPr>
            <w:r w:rsidRPr="00AF4F35">
              <w:rPr>
                <w:b/>
                <w:color w:val="auto"/>
                <w:sz w:val="14"/>
              </w:rPr>
              <w:t>MANUSCRIPT</w:t>
            </w:r>
            <w:r w:rsidRPr="00AF4F35">
              <w:rPr>
                <w:b/>
                <w:color w:val="auto"/>
                <w:sz w:val="14"/>
              </w:rPr>
              <w:br/>
              <w:t>TYPE</w:t>
            </w:r>
          </w:p>
        </w:tc>
      </w:tr>
      <w:tr w:rsidR="00F57796" w14:paraId="7B059938" w14:textId="77777777" w:rsidTr="00AF4F35">
        <w:trPr>
          <w:cantSplit/>
          <w:trHeight w:hRule="exact" w:val="403"/>
          <w:jc w:val="center"/>
        </w:trPr>
        <w:tc>
          <w:tcPr>
            <w:tcW w:w="2620"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4F84973" w14:textId="77777777" w:rsidR="00F57796" w:rsidRDefault="00000000">
            <w:pPr>
              <w:spacing w:after="0" w:line="240" w:lineRule="auto"/>
            </w:pPr>
            <w:r>
              <w:rPr>
                <w:sz w:val="15"/>
              </w:rPr>
              <w:t>1.</w:t>
            </w:r>
          </w:p>
        </w:tc>
        <w:tc>
          <w:tcPr>
            <w:tcW w:w="4392"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426A3B0" w14:textId="77777777" w:rsidR="00F57796" w:rsidRDefault="00F57796">
            <w:pPr>
              <w:spacing w:after="0" w:line="240" w:lineRule="auto"/>
            </w:pPr>
          </w:p>
        </w:tc>
        <w:tc>
          <w:tcPr>
            <w:tcW w:w="1756"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962416C" w14:textId="77777777" w:rsidR="00F57796" w:rsidRDefault="00F57796">
            <w:pPr>
              <w:spacing w:after="0" w:line="240" w:lineRule="auto"/>
            </w:pPr>
          </w:p>
        </w:tc>
        <w:tc>
          <w:tcPr>
            <w:tcW w:w="1958"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974A5B3" w14:textId="77777777" w:rsidR="00F57796" w:rsidRDefault="00F57796">
            <w:pPr>
              <w:spacing w:after="0" w:line="240" w:lineRule="auto"/>
            </w:pPr>
          </w:p>
        </w:tc>
      </w:tr>
      <w:tr w:rsidR="00F57796" w14:paraId="03A3AF13" w14:textId="77777777">
        <w:trPr>
          <w:cantSplit/>
          <w:trHeight w:hRule="exact" w:val="403"/>
          <w:jc w:val="center"/>
        </w:trPr>
        <w:tc>
          <w:tcPr>
            <w:tcW w:w="262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0D3E757" w14:textId="77777777" w:rsidR="00F57796" w:rsidRDefault="00000000">
            <w:pPr>
              <w:spacing w:after="0" w:line="240" w:lineRule="auto"/>
            </w:pPr>
            <w:r>
              <w:rPr>
                <w:sz w:val="15"/>
              </w:rPr>
              <w:t>2.</w:t>
            </w:r>
          </w:p>
        </w:tc>
        <w:tc>
          <w:tcPr>
            <w:tcW w:w="439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C5EC0F4" w14:textId="77777777" w:rsidR="00F57796" w:rsidRDefault="00F57796">
            <w:pPr>
              <w:spacing w:after="0" w:line="240" w:lineRule="auto"/>
            </w:pPr>
          </w:p>
        </w:tc>
        <w:tc>
          <w:tcPr>
            <w:tcW w:w="175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A1D545D" w14:textId="77777777" w:rsidR="00F57796" w:rsidRDefault="00F57796">
            <w:pPr>
              <w:spacing w:after="0" w:line="240" w:lineRule="auto"/>
            </w:pPr>
          </w:p>
        </w:tc>
        <w:tc>
          <w:tcPr>
            <w:tcW w:w="195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23A5A37" w14:textId="77777777" w:rsidR="00F57796" w:rsidRDefault="00F57796">
            <w:pPr>
              <w:spacing w:after="0" w:line="240" w:lineRule="auto"/>
            </w:pPr>
          </w:p>
        </w:tc>
      </w:tr>
      <w:tr w:rsidR="00F57796" w14:paraId="0C54CDE7" w14:textId="77777777">
        <w:trPr>
          <w:cantSplit/>
          <w:trHeight w:hRule="exact" w:val="403"/>
          <w:jc w:val="center"/>
        </w:trPr>
        <w:tc>
          <w:tcPr>
            <w:tcW w:w="262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9801D22" w14:textId="77777777" w:rsidR="00F57796" w:rsidRDefault="00000000">
            <w:pPr>
              <w:spacing w:after="0" w:line="240" w:lineRule="auto"/>
            </w:pPr>
            <w:r>
              <w:rPr>
                <w:sz w:val="15"/>
              </w:rPr>
              <w:t>3.</w:t>
            </w:r>
          </w:p>
        </w:tc>
        <w:tc>
          <w:tcPr>
            <w:tcW w:w="439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2EA61CB" w14:textId="77777777" w:rsidR="00F57796" w:rsidRDefault="00F57796">
            <w:pPr>
              <w:spacing w:after="0" w:line="240" w:lineRule="auto"/>
            </w:pPr>
          </w:p>
        </w:tc>
        <w:tc>
          <w:tcPr>
            <w:tcW w:w="175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4B66450" w14:textId="77777777" w:rsidR="00F57796" w:rsidRDefault="00F57796">
            <w:pPr>
              <w:spacing w:after="0" w:line="240" w:lineRule="auto"/>
            </w:pPr>
          </w:p>
        </w:tc>
        <w:tc>
          <w:tcPr>
            <w:tcW w:w="195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4333A6B" w14:textId="77777777" w:rsidR="00F57796" w:rsidRDefault="00F57796">
            <w:pPr>
              <w:spacing w:after="0" w:line="240" w:lineRule="auto"/>
            </w:pPr>
          </w:p>
        </w:tc>
      </w:tr>
      <w:tr w:rsidR="00F57796" w14:paraId="3680C7F6" w14:textId="77777777">
        <w:trPr>
          <w:cantSplit/>
          <w:trHeight w:hRule="exact" w:val="403"/>
          <w:jc w:val="center"/>
        </w:trPr>
        <w:tc>
          <w:tcPr>
            <w:tcW w:w="262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C6BBEC8" w14:textId="77777777" w:rsidR="00F57796" w:rsidRDefault="00000000">
            <w:pPr>
              <w:spacing w:after="0" w:line="240" w:lineRule="auto"/>
            </w:pPr>
            <w:r>
              <w:rPr>
                <w:sz w:val="15"/>
              </w:rPr>
              <w:t>4.</w:t>
            </w:r>
          </w:p>
        </w:tc>
        <w:tc>
          <w:tcPr>
            <w:tcW w:w="439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C82CA69" w14:textId="77777777" w:rsidR="00F57796" w:rsidRDefault="00F57796">
            <w:pPr>
              <w:spacing w:after="0" w:line="240" w:lineRule="auto"/>
            </w:pPr>
          </w:p>
        </w:tc>
        <w:tc>
          <w:tcPr>
            <w:tcW w:w="175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09BEA20" w14:textId="77777777" w:rsidR="00F57796" w:rsidRDefault="00F57796">
            <w:pPr>
              <w:spacing w:after="0" w:line="240" w:lineRule="auto"/>
            </w:pPr>
          </w:p>
        </w:tc>
        <w:tc>
          <w:tcPr>
            <w:tcW w:w="195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8718824" w14:textId="77777777" w:rsidR="00F57796" w:rsidRDefault="00F57796">
            <w:pPr>
              <w:spacing w:after="0" w:line="240" w:lineRule="auto"/>
            </w:pPr>
          </w:p>
        </w:tc>
      </w:tr>
      <w:tr w:rsidR="00F57796" w14:paraId="20AFE122" w14:textId="77777777">
        <w:trPr>
          <w:cantSplit/>
          <w:trHeight w:hRule="exact" w:val="403"/>
          <w:jc w:val="center"/>
        </w:trPr>
        <w:tc>
          <w:tcPr>
            <w:tcW w:w="262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584098E" w14:textId="77777777" w:rsidR="00F57796" w:rsidRDefault="00000000">
            <w:pPr>
              <w:spacing w:after="0" w:line="240" w:lineRule="auto"/>
            </w:pPr>
            <w:r>
              <w:rPr>
                <w:sz w:val="15"/>
              </w:rPr>
              <w:t>5.</w:t>
            </w:r>
          </w:p>
        </w:tc>
        <w:tc>
          <w:tcPr>
            <w:tcW w:w="439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56F3041" w14:textId="77777777" w:rsidR="00F57796" w:rsidRDefault="00F57796">
            <w:pPr>
              <w:spacing w:after="0" w:line="240" w:lineRule="auto"/>
            </w:pPr>
          </w:p>
        </w:tc>
        <w:tc>
          <w:tcPr>
            <w:tcW w:w="175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59AF2C7" w14:textId="77777777" w:rsidR="00F57796" w:rsidRDefault="00F57796">
            <w:pPr>
              <w:spacing w:after="0" w:line="240" w:lineRule="auto"/>
            </w:pPr>
          </w:p>
        </w:tc>
        <w:tc>
          <w:tcPr>
            <w:tcW w:w="195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4606282" w14:textId="77777777" w:rsidR="00F57796" w:rsidRDefault="00F57796">
            <w:pPr>
              <w:spacing w:after="0" w:line="240" w:lineRule="auto"/>
            </w:pPr>
          </w:p>
        </w:tc>
      </w:tr>
    </w:tbl>
    <w:p w14:paraId="1C9FB297" w14:textId="77777777" w:rsidR="00AF4F35" w:rsidRDefault="00AF4F35">
      <w:pPr>
        <w:keepNext/>
        <w:spacing w:after="40" w:line="240" w:lineRule="auto"/>
        <w:rPr>
          <w:b/>
          <w:sz w:val="17"/>
        </w:rPr>
      </w:pPr>
    </w:p>
    <w:p w14:paraId="165C88E8" w14:textId="26516BC2" w:rsidR="00F57796" w:rsidRDefault="00000000">
      <w:pPr>
        <w:keepNext/>
        <w:spacing w:after="40" w:line="240" w:lineRule="auto"/>
      </w:pPr>
      <w:r>
        <w:rPr>
          <w:b/>
          <w:sz w:val="17"/>
        </w:rPr>
        <w:t>G.  Other Journals</w:t>
      </w:r>
      <w:r>
        <w:rPr>
          <w:b/>
          <w:color w:val="8C6B22"/>
          <w:sz w:val="17"/>
        </w:rPr>
        <w:t xml:space="preserve"> (2 points)</w:t>
      </w:r>
      <w:r>
        <w:rPr>
          <w:sz w:val="17"/>
        </w:rPr>
        <w:t xml:space="preserve">  List all authors, short title, and publication info including journal name, volume and date. Abbreviate journal name.</w:t>
      </w:r>
    </w:p>
    <w:tbl>
      <w:tblPr>
        <w:tblW w:w="0" w:type="auto"/>
        <w:jc w:val="center"/>
        <w:tblLayout w:type="fixed"/>
        <w:tblLook w:val="04A0" w:firstRow="1" w:lastRow="0" w:firstColumn="1" w:lastColumn="0" w:noHBand="0" w:noVBand="1"/>
      </w:tblPr>
      <w:tblGrid>
        <w:gridCol w:w="2880"/>
        <w:gridCol w:w="5400"/>
        <w:gridCol w:w="2448"/>
      </w:tblGrid>
      <w:tr w:rsidR="00F57796" w:rsidRPr="00AF4F35" w14:paraId="0813E6E4" w14:textId="77777777" w:rsidTr="00AF4F35">
        <w:trPr>
          <w:cantSplit/>
          <w:trHeight w:hRule="exact" w:val="403"/>
          <w:tblHeader/>
          <w:jc w:val="center"/>
        </w:trPr>
        <w:tc>
          <w:tcPr>
            <w:tcW w:w="2880"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76FCDE8E" w14:textId="77777777" w:rsidR="00F57796" w:rsidRPr="00AF4F35" w:rsidRDefault="00000000">
            <w:pPr>
              <w:spacing w:after="0" w:line="240" w:lineRule="auto"/>
              <w:jc w:val="center"/>
              <w:rPr>
                <w:color w:val="auto"/>
              </w:rPr>
            </w:pPr>
            <w:r w:rsidRPr="00AF4F35">
              <w:rPr>
                <w:b/>
                <w:color w:val="auto"/>
                <w:sz w:val="14"/>
              </w:rPr>
              <w:t>NAME(S)</w:t>
            </w:r>
          </w:p>
        </w:tc>
        <w:tc>
          <w:tcPr>
            <w:tcW w:w="5400"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5DF2E937" w14:textId="77777777" w:rsidR="00F57796" w:rsidRPr="00AF4F35" w:rsidRDefault="00000000">
            <w:pPr>
              <w:spacing w:after="0" w:line="240" w:lineRule="auto"/>
              <w:jc w:val="center"/>
              <w:rPr>
                <w:color w:val="auto"/>
              </w:rPr>
            </w:pPr>
            <w:r w:rsidRPr="00AF4F35">
              <w:rPr>
                <w:b/>
                <w:color w:val="auto"/>
                <w:sz w:val="14"/>
              </w:rPr>
              <w:t>TITLE</w:t>
            </w:r>
          </w:p>
        </w:tc>
        <w:tc>
          <w:tcPr>
            <w:tcW w:w="2448"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4AE9D818" w14:textId="77777777" w:rsidR="00F57796" w:rsidRPr="00AF4F35" w:rsidRDefault="00000000">
            <w:pPr>
              <w:spacing w:after="0" w:line="240" w:lineRule="auto"/>
              <w:jc w:val="center"/>
              <w:rPr>
                <w:color w:val="auto"/>
              </w:rPr>
            </w:pPr>
            <w:r w:rsidRPr="00AF4F35">
              <w:rPr>
                <w:b/>
                <w:color w:val="auto"/>
                <w:sz w:val="14"/>
              </w:rPr>
              <w:t>PUBLICATION INFO</w:t>
            </w:r>
          </w:p>
        </w:tc>
      </w:tr>
      <w:tr w:rsidR="00F57796" w14:paraId="788D1D5C" w14:textId="77777777" w:rsidTr="00AF4F35">
        <w:trPr>
          <w:cantSplit/>
          <w:trHeight w:hRule="exact" w:val="403"/>
          <w:jc w:val="center"/>
        </w:trPr>
        <w:tc>
          <w:tcPr>
            <w:tcW w:w="2880"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E8D67F4" w14:textId="77777777" w:rsidR="00F57796" w:rsidRDefault="00000000">
            <w:pPr>
              <w:spacing w:after="0" w:line="240" w:lineRule="auto"/>
            </w:pPr>
            <w:r>
              <w:rPr>
                <w:sz w:val="15"/>
              </w:rPr>
              <w:t>1.</w:t>
            </w:r>
          </w:p>
        </w:tc>
        <w:tc>
          <w:tcPr>
            <w:tcW w:w="5400"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1DA0583" w14:textId="77777777" w:rsidR="00F57796" w:rsidRDefault="00F57796">
            <w:pPr>
              <w:spacing w:after="0" w:line="240" w:lineRule="auto"/>
            </w:pPr>
          </w:p>
        </w:tc>
        <w:tc>
          <w:tcPr>
            <w:tcW w:w="2448"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4122E74" w14:textId="77777777" w:rsidR="00F57796" w:rsidRDefault="00F57796">
            <w:pPr>
              <w:spacing w:after="0" w:line="240" w:lineRule="auto"/>
            </w:pPr>
          </w:p>
        </w:tc>
      </w:tr>
      <w:tr w:rsidR="00F57796" w14:paraId="7847FE8F" w14:textId="77777777">
        <w:trPr>
          <w:cantSplit/>
          <w:trHeight w:hRule="exact" w:val="403"/>
          <w:jc w:val="center"/>
        </w:trPr>
        <w:tc>
          <w:tcPr>
            <w:tcW w:w="288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8AC5120" w14:textId="77777777" w:rsidR="00F57796" w:rsidRDefault="00000000">
            <w:pPr>
              <w:spacing w:after="0" w:line="240" w:lineRule="auto"/>
            </w:pPr>
            <w:r>
              <w:rPr>
                <w:sz w:val="15"/>
              </w:rPr>
              <w:t>2.</w:t>
            </w:r>
          </w:p>
        </w:tc>
        <w:tc>
          <w:tcPr>
            <w:tcW w:w="540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5B11875" w14:textId="77777777" w:rsidR="00F57796" w:rsidRDefault="00F57796">
            <w:pPr>
              <w:spacing w:after="0" w:line="240" w:lineRule="auto"/>
            </w:pPr>
          </w:p>
        </w:tc>
        <w:tc>
          <w:tcPr>
            <w:tcW w:w="244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604268E" w14:textId="77777777" w:rsidR="00F57796" w:rsidRDefault="00F57796">
            <w:pPr>
              <w:spacing w:after="0" w:line="240" w:lineRule="auto"/>
            </w:pPr>
          </w:p>
        </w:tc>
      </w:tr>
      <w:tr w:rsidR="00F57796" w14:paraId="5B707218" w14:textId="77777777">
        <w:trPr>
          <w:cantSplit/>
          <w:trHeight w:hRule="exact" w:val="403"/>
          <w:jc w:val="center"/>
        </w:trPr>
        <w:tc>
          <w:tcPr>
            <w:tcW w:w="288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CFDA024" w14:textId="77777777" w:rsidR="00F57796" w:rsidRDefault="00000000">
            <w:pPr>
              <w:spacing w:after="0" w:line="240" w:lineRule="auto"/>
            </w:pPr>
            <w:r>
              <w:rPr>
                <w:sz w:val="15"/>
              </w:rPr>
              <w:t>3.</w:t>
            </w:r>
          </w:p>
        </w:tc>
        <w:tc>
          <w:tcPr>
            <w:tcW w:w="540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8F5905F" w14:textId="77777777" w:rsidR="00F57796" w:rsidRDefault="00F57796">
            <w:pPr>
              <w:spacing w:after="0" w:line="240" w:lineRule="auto"/>
            </w:pPr>
          </w:p>
        </w:tc>
        <w:tc>
          <w:tcPr>
            <w:tcW w:w="244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FB059C3" w14:textId="77777777" w:rsidR="00F57796" w:rsidRDefault="00F57796">
            <w:pPr>
              <w:spacing w:after="0" w:line="240" w:lineRule="auto"/>
            </w:pPr>
          </w:p>
        </w:tc>
      </w:tr>
      <w:tr w:rsidR="00F57796" w14:paraId="3D7D8673" w14:textId="77777777">
        <w:trPr>
          <w:cantSplit/>
          <w:trHeight w:hRule="exact" w:val="403"/>
          <w:jc w:val="center"/>
        </w:trPr>
        <w:tc>
          <w:tcPr>
            <w:tcW w:w="288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3D5DE0F" w14:textId="77777777" w:rsidR="00F57796" w:rsidRDefault="00000000">
            <w:pPr>
              <w:spacing w:after="0" w:line="240" w:lineRule="auto"/>
            </w:pPr>
            <w:r>
              <w:rPr>
                <w:sz w:val="15"/>
              </w:rPr>
              <w:t>4.</w:t>
            </w:r>
          </w:p>
        </w:tc>
        <w:tc>
          <w:tcPr>
            <w:tcW w:w="540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EB4A909" w14:textId="77777777" w:rsidR="00F57796" w:rsidRDefault="00F57796">
            <w:pPr>
              <w:spacing w:after="0" w:line="240" w:lineRule="auto"/>
            </w:pPr>
          </w:p>
        </w:tc>
        <w:tc>
          <w:tcPr>
            <w:tcW w:w="244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3C591F7" w14:textId="77777777" w:rsidR="00F57796" w:rsidRDefault="00F57796">
            <w:pPr>
              <w:spacing w:after="0" w:line="240" w:lineRule="auto"/>
            </w:pPr>
          </w:p>
        </w:tc>
      </w:tr>
      <w:tr w:rsidR="00F57796" w14:paraId="3544E899" w14:textId="77777777">
        <w:trPr>
          <w:cantSplit/>
          <w:trHeight w:hRule="exact" w:val="403"/>
          <w:jc w:val="center"/>
        </w:trPr>
        <w:tc>
          <w:tcPr>
            <w:tcW w:w="288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39BBBD4" w14:textId="77777777" w:rsidR="00F57796" w:rsidRDefault="00000000">
            <w:pPr>
              <w:spacing w:after="0" w:line="240" w:lineRule="auto"/>
            </w:pPr>
            <w:r>
              <w:rPr>
                <w:sz w:val="15"/>
              </w:rPr>
              <w:t>5.</w:t>
            </w:r>
          </w:p>
        </w:tc>
        <w:tc>
          <w:tcPr>
            <w:tcW w:w="540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8816385" w14:textId="77777777" w:rsidR="00F57796" w:rsidRDefault="00F57796">
            <w:pPr>
              <w:spacing w:after="0" w:line="240" w:lineRule="auto"/>
            </w:pPr>
          </w:p>
        </w:tc>
        <w:tc>
          <w:tcPr>
            <w:tcW w:w="244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6D3C54C" w14:textId="77777777" w:rsidR="00F57796" w:rsidRDefault="00F57796">
            <w:pPr>
              <w:spacing w:after="0" w:line="240" w:lineRule="auto"/>
            </w:pPr>
          </w:p>
        </w:tc>
      </w:tr>
    </w:tbl>
    <w:p w14:paraId="2F9C1651" w14:textId="77777777" w:rsidR="00F57796" w:rsidRDefault="00000000">
      <w:pPr>
        <w:spacing w:after="0"/>
      </w:pPr>
      <w:r>
        <w:br w:type="page"/>
      </w:r>
    </w:p>
    <w:tbl>
      <w:tblPr>
        <w:tblW w:w="0" w:type="auto"/>
        <w:jc w:val="center"/>
        <w:tblLayout w:type="fixed"/>
        <w:tblLook w:val="04A0" w:firstRow="1" w:lastRow="0" w:firstColumn="1" w:lastColumn="0" w:noHBand="0" w:noVBand="1"/>
      </w:tblPr>
      <w:tblGrid>
        <w:gridCol w:w="10728"/>
      </w:tblGrid>
      <w:tr w:rsidR="00F57796" w14:paraId="2DA1729D" w14:textId="77777777">
        <w:trPr>
          <w:jc w:val="center"/>
        </w:trPr>
        <w:tc>
          <w:tcPr>
            <w:tcW w:w="10728" w:type="dxa"/>
            <w:tcBorders>
              <w:top w:val="single" w:sz="6" w:space="0" w:color="B59645"/>
              <w:left w:val="nil"/>
              <w:bottom w:val="single" w:sz="6" w:space="0" w:color="B59645"/>
              <w:right w:val="nil"/>
            </w:tcBorders>
            <w:shd w:val="clear" w:color="auto" w:fill="EFE9DC"/>
            <w:tcMar>
              <w:top w:w="75" w:type="dxa"/>
              <w:left w:w="100" w:type="dxa"/>
              <w:bottom w:w="75" w:type="dxa"/>
              <w:right w:w="100" w:type="dxa"/>
            </w:tcMar>
          </w:tcPr>
          <w:p w14:paraId="1210E803" w14:textId="77777777" w:rsidR="00F57796" w:rsidRDefault="00000000">
            <w:pPr>
              <w:spacing w:after="0"/>
              <w:jc w:val="center"/>
            </w:pPr>
            <w:r>
              <w:rPr>
                <w:b/>
                <w:color w:val="8C6B22"/>
                <w:sz w:val="23"/>
              </w:rPr>
              <w:lastRenderedPageBreak/>
              <w:t>PART II. ATTENDANCE AT CONVENTIONS (0-35 POINTS)</w:t>
            </w:r>
          </w:p>
        </w:tc>
      </w:tr>
    </w:tbl>
    <w:p w14:paraId="25B6BB5E" w14:textId="77777777" w:rsidR="00F57796" w:rsidRDefault="00F57796">
      <w:pPr>
        <w:spacing w:after="20" w:line="48" w:lineRule="auto"/>
      </w:pPr>
    </w:p>
    <w:p w14:paraId="6E3EBFD1" w14:textId="77777777" w:rsidR="00F57796" w:rsidRDefault="00000000">
      <w:pPr>
        <w:spacing w:after="120" w:line="247" w:lineRule="auto"/>
        <w:jc w:val="center"/>
      </w:pPr>
      <w:r>
        <w:rPr>
          <w:i/>
          <w:sz w:val="17"/>
        </w:rPr>
        <w:t>Provide the requested convention or meeting information for the academic year.</w:t>
      </w:r>
    </w:p>
    <w:tbl>
      <w:tblPr>
        <w:tblW w:w="0" w:type="auto"/>
        <w:jc w:val="center"/>
        <w:tblLayout w:type="fixed"/>
        <w:tblLook w:val="04A0" w:firstRow="1" w:lastRow="0" w:firstColumn="1" w:lastColumn="0" w:noHBand="0" w:noVBand="1"/>
      </w:tblPr>
      <w:tblGrid>
        <w:gridCol w:w="2951"/>
        <w:gridCol w:w="4420"/>
        <w:gridCol w:w="1655"/>
        <w:gridCol w:w="1699"/>
      </w:tblGrid>
      <w:tr w:rsidR="00F57796" w:rsidRPr="00AF4F35" w14:paraId="34FD6251" w14:textId="77777777" w:rsidTr="00AF4F35">
        <w:trPr>
          <w:cantSplit/>
          <w:trHeight w:hRule="exact" w:val="936"/>
          <w:tblHeader/>
          <w:jc w:val="center"/>
        </w:trPr>
        <w:tc>
          <w:tcPr>
            <w:tcW w:w="2951"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78519761" w14:textId="77777777" w:rsidR="00F57796" w:rsidRPr="00AF4F35" w:rsidRDefault="00000000">
            <w:pPr>
              <w:spacing w:after="0" w:line="240" w:lineRule="auto"/>
              <w:jc w:val="center"/>
              <w:rPr>
                <w:color w:val="auto"/>
              </w:rPr>
            </w:pPr>
            <w:r w:rsidRPr="00AF4F35">
              <w:rPr>
                <w:b/>
                <w:color w:val="auto"/>
                <w:sz w:val="16"/>
              </w:rPr>
              <w:t>CONVENTION</w:t>
            </w:r>
          </w:p>
        </w:tc>
        <w:tc>
          <w:tcPr>
            <w:tcW w:w="4420"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6D295826" w14:textId="77777777" w:rsidR="00F57796" w:rsidRPr="00AF4F35" w:rsidRDefault="00000000">
            <w:pPr>
              <w:spacing w:after="0" w:line="240" w:lineRule="auto"/>
              <w:jc w:val="center"/>
              <w:rPr>
                <w:color w:val="auto"/>
              </w:rPr>
            </w:pPr>
            <w:r w:rsidRPr="00AF4F35">
              <w:rPr>
                <w:b/>
                <w:color w:val="auto"/>
                <w:sz w:val="16"/>
              </w:rPr>
              <w:t>CONVENTION INFO/DATE</w:t>
            </w:r>
          </w:p>
        </w:tc>
        <w:tc>
          <w:tcPr>
            <w:tcW w:w="1655"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6627AA01" w14:textId="77777777" w:rsidR="00F57796" w:rsidRPr="00AF4F35" w:rsidRDefault="00000000">
            <w:pPr>
              <w:spacing w:after="0" w:line="240" w:lineRule="auto"/>
              <w:jc w:val="center"/>
              <w:rPr>
                <w:color w:val="auto"/>
              </w:rPr>
            </w:pPr>
            <w:r w:rsidRPr="00AF4F35">
              <w:rPr>
                <w:b/>
                <w:color w:val="auto"/>
                <w:sz w:val="16"/>
              </w:rPr>
              <w:t># OF MEMBERS</w:t>
            </w:r>
            <w:r w:rsidRPr="00AF4F35">
              <w:rPr>
                <w:b/>
                <w:color w:val="auto"/>
                <w:sz w:val="16"/>
              </w:rPr>
              <w:br/>
              <w:t>ATTENDED</w:t>
            </w:r>
          </w:p>
        </w:tc>
        <w:tc>
          <w:tcPr>
            <w:tcW w:w="1699"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1AB1E07A" w14:textId="77777777" w:rsidR="00F57796" w:rsidRPr="00AF4F35" w:rsidRDefault="00000000">
            <w:pPr>
              <w:spacing w:after="0" w:line="240" w:lineRule="auto"/>
              <w:jc w:val="center"/>
              <w:rPr>
                <w:color w:val="auto"/>
              </w:rPr>
            </w:pPr>
            <w:r w:rsidRPr="00AF4F35">
              <w:rPr>
                <w:b/>
                <w:color w:val="auto"/>
                <w:sz w:val="16"/>
              </w:rPr>
              <w:t># OF MEMBERS</w:t>
            </w:r>
            <w:r w:rsidRPr="00AF4F35">
              <w:rPr>
                <w:b/>
                <w:color w:val="auto"/>
                <w:sz w:val="16"/>
              </w:rPr>
              <w:br/>
              <w:t>PRESENTED</w:t>
            </w:r>
          </w:p>
        </w:tc>
      </w:tr>
      <w:tr w:rsidR="00F57796" w14:paraId="46BF5D98" w14:textId="77777777" w:rsidTr="00AF4F35">
        <w:trPr>
          <w:cantSplit/>
          <w:trHeight w:hRule="exact" w:val="936"/>
          <w:jc w:val="center"/>
        </w:trPr>
        <w:tc>
          <w:tcPr>
            <w:tcW w:w="2951" w:type="dxa"/>
            <w:tcBorders>
              <w:top w:val="single" w:sz="6" w:space="0" w:color="8C8C8C"/>
              <w:left w:val="single" w:sz="5" w:space="0" w:color="8C8C8C"/>
              <w:bottom w:val="single" w:sz="5" w:space="0" w:color="8C8C8C"/>
              <w:right w:val="single" w:sz="5" w:space="0" w:color="8C8C8C"/>
            </w:tcBorders>
            <w:shd w:val="clear" w:color="auto" w:fill="F7F3EB"/>
            <w:tcMar>
              <w:top w:w="35" w:type="dxa"/>
              <w:left w:w="55" w:type="dxa"/>
              <w:bottom w:w="35" w:type="dxa"/>
              <w:right w:w="55" w:type="dxa"/>
            </w:tcMar>
            <w:vAlign w:val="center"/>
          </w:tcPr>
          <w:p w14:paraId="77B18787" w14:textId="77777777" w:rsidR="00F57796" w:rsidRDefault="00000000">
            <w:pPr>
              <w:spacing w:after="0" w:line="240" w:lineRule="auto"/>
            </w:pPr>
            <w:r>
              <w:rPr>
                <w:sz w:val="17"/>
              </w:rPr>
              <w:t>District Convention</w:t>
            </w:r>
            <w:r>
              <w:rPr>
                <w:sz w:val="17"/>
              </w:rPr>
              <w:br/>
              <w:t>(8 points)</w:t>
            </w:r>
          </w:p>
        </w:tc>
        <w:tc>
          <w:tcPr>
            <w:tcW w:w="4420"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0A93888" w14:textId="77777777" w:rsidR="00F57796" w:rsidRDefault="00F57796">
            <w:pPr>
              <w:spacing w:after="0" w:line="240" w:lineRule="auto"/>
            </w:pPr>
          </w:p>
        </w:tc>
        <w:tc>
          <w:tcPr>
            <w:tcW w:w="1655"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6EAA83A" w14:textId="77777777" w:rsidR="00F57796" w:rsidRDefault="00F57796">
            <w:pPr>
              <w:spacing w:after="0" w:line="240" w:lineRule="auto"/>
            </w:pPr>
          </w:p>
        </w:tc>
        <w:tc>
          <w:tcPr>
            <w:tcW w:w="1699"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344856D" w14:textId="77777777" w:rsidR="00F57796" w:rsidRDefault="00F57796">
            <w:pPr>
              <w:spacing w:after="0" w:line="240" w:lineRule="auto"/>
            </w:pPr>
          </w:p>
        </w:tc>
      </w:tr>
      <w:tr w:rsidR="00F57796" w14:paraId="395B7525" w14:textId="77777777">
        <w:trPr>
          <w:cantSplit/>
          <w:trHeight w:hRule="exact" w:val="936"/>
          <w:jc w:val="center"/>
        </w:trPr>
        <w:tc>
          <w:tcPr>
            <w:tcW w:w="2951" w:type="dxa"/>
            <w:tcBorders>
              <w:top w:val="single" w:sz="5" w:space="0" w:color="8C8C8C"/>
              <w:left w:val="single" w:sz="5" w:space="0" w:color="8C8C8C"/>
              <w:bottom w:val="single" w:sz="5" w:space="0" w:color="8C8C8C"/>
              <w:right w:val="single" w:sz="5" w:space="0" w:color="8C8C8C"/>
            </w:tcBorders>
            <w:shd w:val="clear" w:color="auto" w:fill="F7F3EB"/>
            <w:tcMar>
              <w:top w:w="35" w:type="dxa"/>
              <w:left w:w="55" w:type="dxa"/>
              <w:bottom w:w="35" w:type="dxa"/>
              <w:right w:w="55" w:type="dxa"/>
            </w:tcMar>
            <w:vAlign w:val="center"/>
          </w:tcPr>
          <w:p w14:paraId="3676767F" w14:textId="77777777" w:rsidR="00F57796" w:rsidRDefault="00000000">
            <w:pPr>
              <w:spacing w:after="0" w:line="240" w:lineRule="auto"/>
            </w:pPr>
            <w:r>
              <w:rPr>
                <w:sz w:val="17"/>
              </w:rPr>
              <w:t>National Convention</w:t>
            </w:r>
            <w:r>
              <w:rPr>
                <w:sz w:val="17"/>
              </w:rPr>
              <w:br/>
              <w:t>(5 points)</w:t>
            </w:r>
          </w:p>
        </w:tc>
        <w:tc>
          <w:tcPr>
            <w:tcW w:w="442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9ACBDA6" w14:textId="77777777" w:rsidR="00F57796" w:rsidRDefault="00F57796">
            <w:pPr>
              <w:spacing w:after="0" w:line="240" w:lineRule="auto"/>
            </w:pPr>
          </w:p>
        </w:tc>
        <w:tc>
          <w:tcPr>
            <w:tcW w:w="1655"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2F48F80" w14:textId="77777777" w:rsidR="00F57796" w:rsidRDefault="00F57796">
            <w:pPr>
              <w:spacing w:after="0" w:line="240" w:lineRule="auto"/>
            </w:pPr>
          </w:p>
        </w:tc>
        <w:tc>
          <w:tcPr>
            <w:tcW w:w="1699"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B3207A1" w14:textId="77777777" w:rsidR="00F57796" w:rsidRDefault="00F57796">
            <w:pPr>
              <w:spacing w:after="0" w:line="240" w:lineRule="auto"/>
            </w:pPr>
          </w:p>
        </w:tc>
      </w:tr>
      <w:tr w:rsidR="00F57796" w14:paraId="09CFB6FB" w14:textId="77777777">
        <w:trPr>
          <w:cantSplit/>
          <w:trHeight w:hRule="exact" w:val="936"/>
          <w:jc w:val="center"/>
        </w:trPr>
        <w:tc>
          <w:tcPr>
            <w:tcW w:w="2951" w:type="dxa"/>
            <w:tcBorders>
              <w:top w:val="single" w:sz="5" w:space="0" w:color="8C8C8C"/>
              <w:left w:val="single" w:sz="5" w:space="0" w:color="8C8C8C"/>
              <w:bottom w:val="single" w:sz="5" w:space="0" w:color="8C8C8C"/>
              <w:right w:val="single" w:sz="5" w:space="0" w:color="8C8C8C"/>
            </w:tcBorders>
            <w:shd w:val="clear" w:color="auto" w:fill="F7F3EB"/>
            <w:tcMar>
              <w:top w:w="35" w:type="dxa"/>
              <w:left w:w="55" w:type="dxa"/>
              <w:bottom w:w="35" w:type="dxa"/>
              <w:right w:w="55" w:type="dxa"/>
            </w:tcMar>
            <w:vAlign w:val="center"/>
          </w:tcPr>
          <w:p w14:paraId="04A9D520" w14:textId="77777777" w:rsidR="00F57796" w:rsidRDefault="00000000">
            <w:pPr>
              <w:spacing w:after="0" w:line="240" w:lineRule="auto"/>
            </w:pPr>
            <w:r>
              <w:rPr>
                <w:sz w:val="17"/>
              </w:rPr>
              <w:t>Other Scientific Meetings</w:t>
            </w:r>
            <w:r>
              <w:rPr>
                <w:sz w:val="17"/>
              </w:rPr>
              <w:br/>
              <w:t>provide name/link (2 points)</w:t>
            </w:r>
          </w:p>
        </w:tc>
        <w:tc>
          <w:tcPr>
            <w:tcW w:w="442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261E773" w14:textId="77777777" w:rsidR="00F57796" w:rsidRDefault="00F57796">
            <w:pPr>
              <w:spacing w:after="0" w:line="240" w:lineRule="auto"/>
            </w:pPr>
          </w:p>
        </w:tc>
        <w:tc>
          <w:tcPr>
            <w:tcW w:w="1655"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0F8CA73" w14:textId="77777777" w:rsidR="00F57796" w:rsidRDefault="00F57796">
            <w:pPr>
              <w:spacing w:after="0" w:line="240" w:lineRule="auto"/>
            </w:pPr>
          </w:p>
        </w:tc>
        <w:tc>
          <w:tcPr>
            <w:tcW w:w="1699"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37B3C93" w14:textId="77777777" w:rsidR="00F57796" w:rsidRDefault="00F57796">
            <w:pPr>
              <w:spacing w:after="0" w:line="240" w:lineRule="auto"/>
            </w:pPr>
          </w:p>
        </w:tc>
      </w:tr>
      <w:tr w:rsidR="00F57796" w14:paraId="5DBD616F" w14:textId="77777777">
        <w:trPr>
          <w:cantSplit/>
          <w:trHeight w:hRule="exact" w:val="936"/>
          <w:jc w:val="center"/>
        </w:trPr>
        <w:tc>
          <w:tcPr>
            <w:tcW w:w="2951" w:type="dxa"/>
            <w:tcBorders>
              <w:top w:val="single" w:sz="5" w:space="0" w:color="8C8C8C"/>
              <w:left w:val="single" w:sz="5" w:space="0" w:color="8C8C8C"/>
              <w:bottom w:val="single" w:sz="5" w:space="0" w:color="8C8C8C"/>
              <w:right w:val="single" w:sz="5" w:space="0" w:color="8C8C8C"/>
            </w:tcBorders>
            <w:shd w:val="clear" w:color="auto" w:fill="F7F3EB"/>
            <w:tcMar>
              <w:top w:w="35" w:type="dxa"/>
              <w:left w:w="55" w:type="dxa"/>
              <w:bottom w:w="35" w:type="dxa"/>
              <w:right w:w="55" w:type="dxa"/>
            </w:tcMar>
            <w:vAlign w:val="center"/>
          </w:tcPr>
          <w:p w14:paraId="00AB6AEB" w14:textId="77777777" w:rsidR="00F57796" w:rsidRDefault="00000000">
            <w:pPr>
              <w:spacing w:after="0" w:line="240" w:lineRule="auto"/>
            </w:pPr>
            <w:r>
              <w:rPr>
                <w:sz w:val="17"/>
              </w:rPr>
              <w:t>Host District Convention</w:t>
            </w:r>
            <w:r>
              <w:rPr>
                <w:sz w:val="17"/>
              </w:rPr>
              <w:br/>
              <w:t>(10 points)</w:t>
            </w:r>
          </w:p>
        </w:tc>
        <w:tc>
          <w:tcPr>
            <w:tcW w:w="442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B316188" w14:textId="77777777" w:rsidR="00F57796" w:rsidRDefault="00F57796">
            <w:pPr>
              <w:spacing w:after="0" w:line="240" w:lineRule="auto"/>
            </w:pPr>
          </w:p>
        </w:tc>
        <w:tc>
          <w:tcPr>
            <w:tcW w:w="1655"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0778609" w14:textId="77777777" w:rsidR="00F57796" w:rsidRDefault="00F57796">
            <w:pPr>
              <w:spacing w:after="0" w:line="240" w:lineRule="auto"/>
            </w:pPr>
          </w:p>
        </w:tc>
        <w:tc>
          <w:tcPr>
            <w:tcW w:w="1699"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45DCE3A" w14:textId="77777777" w:rsidR="00F57796" w:rsidRDefault="00F57796">
            <w:pPr>
              <w:spacing w:after="0" w:line="240" w:lineRule="auto"/>
            </w:pPr>
          </w:p>
        </w:tc>
      </w:tr>
      <w:tr w:rsidR="00F57796" w14:paraId="3B039D0F" w14:textId="77777777">
        <w:trPr>
          <w:cantSplit/>
          <w:trHeight w:hRule="exact" w:val="936"/>
          <w:jc w:val="center"/>
        </w:trPr>
        <w:tc>
          <w:tcPr>
            <w:tcW w:w="2951" w:type="dxa"/>
            <w:tcBorders>
              <w:top w:val="single" w:sz="5" w:space="0" w:color="8C8C8C"/>
              <w:left w:val="single" w:sz="5" w:space="0" w:color="8C8C8C"/>
              <w:bottom w:val="single" w:sz="5" w:space="0" w:color="8C8C8C"/>
              <w:right w:val="single" w:sz="5" w:space="0" w:color="8C8C8C"/>
            </w:tcBorders>
            <w:shd w:val="clear" w:color="auto" w:fill="F7F3EB"/>
            <w:tcMar>
              <w:top w:w="35" w:type="dxa"/>
              <w:left w:w="55" w:type="dxa"/>
              <w:bottom w:w="35" w:type="dxa"/>
              <w:right w:w="55" w:type="dxa"/>
            </w:tcMar>
            <w:vAlign w:val="center"/>
          </w:tcPr>
          <w:p w14:paraId="454FBB69" w14:textId="77777777" w:rsidR="00F57796" w:rsidRDefault="00000000">
            <w:pPr>
              <w:spacing w:after="0" w:line="240" w:lineRule="auto"/>
            </w:pPr>
            <w:r>
              <w:rPr>
                <w:sz w:val="17"/>
              </w:rPr>
              <w:t>Host National Convention</w:t>
            </w:r>
            <w:r>
              <w:rPr>
                <w:sz w:val="17"/>
              </w:rPr>
              <w:br/>
              <w:t>(10 points)</w:t>
            </w:r>
          </w:p>
        </w:tc>
        <w:tc>
          <w:tcPr>
            <w:tcW w:w="442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ED58E0D" w14:textId="77777777" w:rsidR="00F57796" w:rsidRDefault="00F57796">
            <w:pPr>
              <w:spacing w:after="0" w:line="240" w:lineRule="auto"/>
            </w:pPr>
          </w:p>
        </w:tc>
        <w:tc>
          <w:tcPr>
            <w:tcW w:w="1655"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1B75993" w14:textId="77777777" w:rsidR="00F57796" w:rsidRDefault="00F57796">
            <w:pPr>
              <w:spacing w:after="0" w:line="240" w:lineRule="auto"/>
            </w:pPr>
          </w:p>
        </w:tc>
        <w:tc>
          <w:tcPr>
            <w:tcW w:w="1699"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1F40F80" w14:textId="77777777" w:rsidR="00F57796" w:rsidRDefault="00F57796">
            <w:pPr>
              <w:spacing w:after="0" w:line="240" w:lineRule="auto"/>
            </w:pPr>
          </w:p>
        </w:tc>
      </w:tr>
    </w:tbl>
    <w:p w14:paraId="14AD2716" w14:textId="77777777" w:rsidR="00F57796" w:rsidRDefault="00000000">
      <w:pPr>
        <w:spacing w:after="0"/>
      </w:pPr>
      <w:r>
        <w:br w:type="page"/>
      </w:r>
    </w:p>
    <w:tbl>
      <w:tblPr>
        <w:tblW w:w="0" w:type="auto"/>
        <w:jc w:val="center"/>
        <w:tblLayout w:type="fixed"/>
        <w:tblLook w:val="04A0" w:firstRow="1" w:lastRow="0" w:firstColumn="1" w:lastColumn="0" w:noHBand="0" w:noVBand="1"/>
      </w:tblPr>
      <w:tblGrid>
        <w:gridCol w:w="10728"/>
      </w:tblGrid>
      <w:tr w:rsidR="00F57796" w14:paraId="7CE593F9" w14:textId="77777777">
        <w:trPr>
          <w:jc w:val="center"/>
        </w:trPr>
        <w:tc>
          <w:tcPr>
            <w:tcW w:w="10728" w:type="dxa"/>
            <w:tcBorders>
              <w:top w:val="single" w:sz="6" w:space="0" w:color="B59645"/>
              <w:left w:val="nil"/>
              <w:bottom w:val="single" w:sz="6" w:space="0" w:color="B59645"/>
              <w:right w:val="nil"/>
            </w:tcBorders>
            <w:shd w:val="clear" w:color="auto" w:fill="EFE9DC"/>
            <w:tcMar>
              <w:top w:w="75" w:type="dxa"/>
              <w:left w:w="100" w:type="dxa"/>
              <w:bottom w:w="75" w:type="dxa"/>
              <w:right w:w="100" w:type="dxa"/>
            </w:tcMar>
          </w:tcPr>
          <w:p w14:paraId="51C13A47" w14:textId="77777777" w:rsidR="00F57796" w:rsidRDefault="00000000">
            <w:pPr>
              <w:spacing w:after="0"/>
              <w:jc w:val="center"/>
            </w:pPr>
            <w:r>
              <w:rPr>
                <w:b/>
                <w:color w:val="8C6B22"/>
                <w:sz w:val="23"/>
              </w:rPr>
              <w:lastRenderedPageBreak/>
              <w:t>PART III. CHAPTER PROGRAMS (0-20 POINTS)</w:t>
            </w:r>
          </w:p>
        </w:tc>
      </w:tr>
    </w:tbl>
    <w:p w14:paraId="0E6AC407" w14:textId="77777777" w:rsidR="00F57796" w:rsidRDefault="00F57796">
      <w:pPr>
        <w:spacing w:after="20" w:line="48" w:lineRule="auto"/>
      </w:pPr>
    </w:p>
    <w:p w14:paraId="30EEEABB" w14:textId="77777777" w:rsidR="00F57796" w:rsidRDefault="00000000">
      <w:pPr>
        <w:keepNext/>
        <w:spacing w:after="40" w:line="240" w:lineRule="auto"/>
      </w:pPr>
      <w:r>
        <w:rPr>
          <w:b/>
          <w:sz w:val="16"/>
        </w:rPr>
        <w:t>A.  Business Meetings</w:t>
      </w:r>
      <w:r>
        <w:rPr>
          <w:b/>
          <w:color w:val="8C6B22"/>
          <w:sz w:val="16"/>
        </w:rPr>
        <w:t xml:space="preserve"> (2 points)</w:t>
      </w:r>
      <w:r>
        <w:rPr>
          <w:sz w:val="16"/>
        </w:rPr>
        <w:t xml:space="preserve">  Business meetings are for planning chapter activities, officer elections, closed-chapter meetings.</w:t>
      </w:r>
    </w:p>
    <w:tbl>
      <w:tblPr>
        <w:tblW w:w="0" w:type="auto"/>
        <w:jc w:val="center"/>
        <w:tblLayout w:type="fixed"/>
        <w:tblLook w:val="04A0" w:firstRow="1" w:lastRow="0" w:firstColumn="1" w:lastColumn="0" w:noHBand="0" w:noVBand="1"/>
      </w:tblPr>
      <w:tblGrid>
        <w:gridCol w:w="5356"/>
        <w:gridCol w:w="5356"/>
      </w:tblGrid>
      <w:tr w:rsidR="00F57796" w14:paraId="3CA40E8E" w14:textId="77777777">
        <w:trPr>
          <w:jc w:val="center"/>
        </w:trPr>
        <w:tc>
          <w:tcPr>
            <w:tcW w:w="5356" w:type="dxa"/>
            <w:tcBorders>
              <w:top w:val="nil"/>
              <w:left w:val="nil"/>
              <w:bottom w:val="single" w:sz="5" w:space="0" w:color="AFAFAF"/>
              <w:right w:val="nil"/>
            </w:tcBorders>
            <w:tcMar>
              <w:top w:w="35" w:type="dxa"/>
              <w:left w:w="60" w:type="dxa"/>
              <w:bottom w:w="35" w:type="dxa"/>
              <w:right w:w="60" w:type="dxa"/>
            </w:tcMar>
          </w:tcPr>
          <w:p w14:paraId="585BAA50" w14:textId="77777777" w:rsidR="00141CBD" w:rsidRDefault="00141CBD">
            <w:pPr>
              <w:spacing w:after="0"/>
              <w:rPr>
                <w:b/>
                <w:sz w:val="16"/>
              </w:rPr>
            </w:pPr>
          </w:p>
          <w:p w14:paraId="4551EC18" w14:textId="77777777" w:rsidR="00F57796" w:rsidRDefault="00000000">
            <w:pPr>
              <w:spacing w:after="0"/>
              <w:rPr>
                <w:b/>
                <w:sz w:val="16"/>
              </w:rPr>
            </w:pPr>
            <w:r>
              <w:rPr>
                <w:b/>
                <w:sz w:val="16"/>
              </w:rPr>
              <w:t># of Business Meetings held:</w:t>
            </w:r>
          </w:p>
          <w:p w14:paraId="58AFC586" w14:textId="760C7E71" w:rsidR="00141CBD" w:rsidRDefault="00141CBD">
            <w:pPr>
              <w:spacing w:after="0"/>
            </w:pPr>
          </w:p>
        </w:tc>
        <w:tc>
          <w:tcPr>
            <w:tcW w:w="5356" w:type="dxa"/>
            <w:tcBorders>
              <w:top w:val="nil"/>
              <w:left w:val="nil"/>
              <w:bottom w:val="single" w:sz="5" w:space="0" w:color="AFAFAF"/>
              <w:right w:val="nil"/>
            </w:tcBorders>
            <w:tcMar>
              <w:top w:w="35" w:type="dxa"/>
              <w:left w:w="60" w:type="dxa"/>
              <w:bottom w:w="35" w:type="dxa"/>
              <w:right w:w="60" w:type="dxa"/>
            </w:tcMar>
          </w:tcPr>
          <w:p w14:paraId="070055BF" w14:textId="77777777" w:rsidR="00141CBD" w:rsidRDefault="00141CBD">
            <w:pPr>
              <w:spacing w:after="0"/>
              <w:rPr>
                <w:b/>
                <w:sz w:val="16"/>
              </w:rPr>
            </w:pPr>
          </w:p>
          <w:p w14:paraId="6A398B5B" w14:textId="4FA1A33E" w:rsidR="00F57796" w:rsidRDefault="00000000">
            <w:pPr>
              <w:spacing w:after="0"/>
            </w:pPr>
            <w:r>
              <w:rPr>
                <w:b/>
                <w:sz w:val="16"/>
              </w:rPr>
              <w:t>Average no. of members attending:</w:t>
            </w:r>
          </w:p>
        </w:tc>
      </w:tr>
    </w:tbl>
    <w:p w14:paraId="1FED84CD" w14:textId="77777777" w:rsidR="00141CBD" w:rsidRDefault="00141CBD">
      <w:pPr>
        <w:keepNext/>
        <w:spacing w:after="40" w:line="240" w:lineRule="auto"/>
        <w:rPr>
          <w:b/>
          <w:sz w:val="15"/>
        </w:rPr>
      </w:pPr>
    </w:p>
    <w:p w14:paraId="7CCF3805" w14:textId="2F77BF2A" w:rsidR="00F57796" w:rsidRDefault="00000000">
      <w:pPr>
        <w:keepNext/>
        <w:spacing w:after="40" w:line="240" w:lineRule="auto"/>
      </w:pPr>
      <w:r>
        <w:rPr>
          <w:b/>
          <w:sz w:val="15"/>
        </w:rPr>
        <w:t>B.  Scientific meetings</w:t>
      </w:r>
      <w:r>
        <w:rPr>
          <w:b/>
          <w:color w:val="8C6B22"/>
          <w:sz w:val="15"/>
        </w:rPr>
        <w:t xml:space="preserve"> (5 Points)</w:t>
      </w:r>
      <w:r>
        <w:rPr>
          <w:sz w:val="15"/>
        </w:rPr>
        <w:t xml:space="preserve">  Include speakers, field trips, symposia, seminars. Identify the meeting (speaker name &amp; title, trip location, etc.) give date and the number of members in attendance and the estimated total number of attendees. Do not include career nights, social events, or other such programs here. They are listed in later sections.</w:t>
      </w:r>
    </w:p>
    <w:tbl>
      <w:tblPr>
        <w:tblW w:w="0" w:type="auto"/>
        <w:jc w:val="center"/>
        <w:tblLayout w:type="fixed"/>
        <w:tblLook w:val="04A0" w:firstRow="1" w:lastRow="0" w:firstColumn="1" w:lastColumn="0" w:noHBand="0" w:noVBand="1"/>
      </w:tblPr>
      <w:tblGrid>
        <w:gridCol w:w="2088"/>
        <w:gridCol w:w="3772"/>
        <w:gridCol w:w="1123"/>
        <w:gridCol w:w="1886"/>
        <w:gridCol w:w="1857"/>
      </w:tblGrid>
      <w:tr w:rsidR="00F57796" w:rsidRPr="00AF4F35" w14:paraId="46A0B1DD" w14:textId="77777777" w:rsidTr="00AF4F35">
        <w:trPr>
          <w:cantSplit/>
          <w:trHeight w:hRule="exact" w:val="518"/>
          <w:tblHeader/>
          <w:jc w:val="center"/>
        </w:trPr>
        <w:tc>
          <w:tcPr>
            <w:tcW w:w="2088"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34A5213C" w14:textId="77777777" w:rsidR="00F57796" w:rsidRPr="00AF4F35" w:rsidRDefault="00000000">
            <w:pPr>
              <w:spacing w:after="0" w:line="240" w:lineRule="auto"/>
              <w:jc w:val="center"/>
              <w:rPr>
                <w:color w:val="auto"/>
              </w:rPr>
            </w:pPr>
            <w:r w:rsidRPr="00AF4F35">
              <w:rPr>
                <w:b/>
                <w:color w:val="auto"/>
                <w:sz w:val="13"/>
              </w:rPr>
              <w:t>EVENT TITLE</w:t>
            </w:r>
          </w:p>
        </w:tc>
        <w:tc>
          <w:tcPr>
            <w:tcW w:w="3772"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3DF8D9BB" w14:textId="77777777" w:rsidR="00F57796" w:rsidRPr="00AF4F35" w:rsidRDefault="00000000">
            <w:pPr>
              <w:spacing w:after="0" w:line="240" w:lineRule="auto"/>
              <w:jc w:val="center"/>
              <w:rPr>
                <w:color w:val="auto"/>
              </w:rPr>
            </w:pPr>
            <w:r w:rsidRPr="00AF4F35">
              <w:rPr>
                <w:b/>
                <w:color w:val="auto"/>
                <w:sz w:val="13"/>
              </w:rPr>
              <w:t>EVENT DETAILS</w:t>
            </w:r>
            <w:r w:rsidRPr="00AF4F35">
              <w:rPr>
                <w:b/>
                <w:color w:val="auto"/>
                <w:sz w:val="13"/>
              </w:rPr>
              <w:br/>
              <w:t>(location, speaker name, etc)</w:t>
            </w:r>
          </w:p>
        </w:tc>
        <w:tc>
          <w:tcPr>
            <w:tcW w:w="1123"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0EC5BA19" w14:textId="77777777" w:rsidR="00F57796" w:rsidRPr="00AF4F35" w:rsidRDefault="00000000">
            <w:pPr>
              <w:spacing w:after="0" w:line="240" w:lineRule="auto"/>
              <w:jc w:val="center"/>
              <w:rPr>
                <w:color w:val="auto"/>
              </w:rPr>
            </w:pPr>
            <w:r w:rsidRPr="00AF4F35">
              <w:rPr>
                <w:b/>
                <w:color w:val="auto"/>
                <w:sz w:val="13"/>
              </w:rPr>
              <w:t>DATE</w:t>
            </w:r>
          </w:p>
        </w:tc>
        <w:tc>
          <w:tcPr>
            <w:tcW w:w="1886"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5280F86B" w14:textId="77777777" w:rsidR="00F57796" w:rsidRPr="00AF4F35" w:rsidRDefault="00000000">
            <w:pPr>
              <w:spacing w:after="0" w:line="240" w:lineRule="auto"/>
              <w:jc w:val="center"/>
              <w:rPr>
                <w:color w:val="auto"/>
              </w:rPr>
            </w:pPr>
            <w:r w:rsidRPr="00AF4F35">
              <w:rPr>
                <w:b/>
                <w:color w:val="auto"/>
                <w:sz w:val="13"/>
              </w:rPr>
              <w:t>NUMBER OF MEMBERS</w:t>
            </w:r>
            <w:r w:rsidRPr="00AF4F35">
              <w:rPr>
                <w:b/>
                <w:color w:val="auto"/>
                <w:sz w:val="13"/>
              </w:rPr>
              <w:br/>
              <w:t>IN ATTENDANCE</w:t>
            </w:r>
          </w:p>
        </w:tc>
        <w:tc>
          <w:tcPr>
            <w:tcW w:w="1857"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38C70893" w14:textId="77777777" w:rsidR="00F57796" w:rsidRPr="00AF4F35" w:rsidRDefault="00000000">
            <w:pPr>
              <w:spacing w:after="0" w:line="240" w:lineRule="auto"/>
              <w:jc w:val="center"/>
              <w:rPr>
                <w:color w:val="auto"/>
              </w:rPr>
            </w:pPr>
            <w:r w:rsidRPr="00AF4F35">
              <w:rPr>
                <w:b/>
                <w:color w:val="auto"/>
                <w:sz w:val="13"/>
              </w:rPr>
              <w:t>TOTAL ESTIMATED</w:t>
            </w:r>
            <w:r w:rsidRPr="00AF4F35">
              <w:rPr>
                <w:b/>
                <w:color w:val="auto"/>
                <w:sz w:val="13"/>
              </w:rPr>
              <w:br/>
              <w:t>ATTENDANCE</w:t>
            </w:r>
          </w:p>
        </w:tc>
      </w:tr>
      <w:tr w:rsidR="00F57796" w14:paraId="28F4DF43" w14:textId="77777777" w:rsidTr="00AF4F35">
        <w:trPr>
          <w:cantSplit/>
          <w:trHeight w:hRule="exact" w:val="317"/>
          <w:jc w:val="center"/>
        </w:trPr>
        <w:tc>
          <w:tcPr>
            <w:tcW w:w="2088"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DD4498C" w14:textId="77777777" w:rsidR="00F57796" w:rsidRDefault="00000000">
            <w:pPr>
              <w:spacing w:after="0" w:line="240" w:lineRule="auto"/>
            </w:pPr>
            <w:r>
              <w:rPr>
                <w:sz w:val="14"/>
              </w:rPr>
              <w:t>1.</w:t>
            </w:r>
          </w:p>
        </w:tc>
        <w:tc>
          <w:tcPr>
            <w:tcW w:w="3772"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41646AA" w14:textId="77777777" w:rsidR="00F57796" w:rsidRDefault="00F57796">
            <w:pPr>
              <w:spacing w:after="0" w:line="240" w:lineRule="auto"/>
            </w:pPr>
          </w:p>
        </w:tc>
        <w:tc>
          <w:tcPr>
            <w:tcW w:w="1123"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5A1DA8D" w14:textId="77777777" w:rsidR="00F57796" w:rsidRDefault="00F57796">
            <w:pPr>
              <w:spacing w:after="0" w:line="240" w:lineRule="auto"/>
            </w:pPr>
          </w:p>
        </w:tc>
        <w:tc>
          <w:tcPr>
            <w:tcW w:w="1886"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D4A112F" w14:textId="77777777" w:rsidR="00F57796" w:rsidRDefault="00F57796">
            <w:pPr>
              <w:spacing w:after="0" w:line="240" w:lineRule="auto"/>
            </w:pPr>
          </w:p>
        </w:tc>
        <w:tc>
          <w:tcPr>
            <w:tcW w:w="1857"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D824099" w14:textId="77777777" w:rsidR="00F57796" w:rsidRDefault="00F57796">
            <w:pPr>
              <w:spacing w:after="0" w:line="240" w:lineRule="auto"/>
            </w:pPr>
          </w:p>
        </w:tc>
      </w:tr>
      <w:tr w:rsidR="00F57796" w14:paraId="79722F00" w14:textId="77777777">
        <w:trPr>
          <w:cantSplit/>
          <w:trHeight w:hRule="exact" w:val="317"/>
          <w:jc w:val="center"/>
        </w:trPr>
        <w:tc>
          <w:tcPr>
            <w:tcW w:w="208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525D139" w14:textId="77777777" w:rsidR="00F57796" w:rsidRDefault="00000000">
            <w:pPr>
              <w:spacing w:after="0" w:line="240" w:lineRule="auto"/>
            </w:pPr>
            <w:r>
              <w:rPr>
                <w:sz w:val="14"/>
              </w:rPr>
              <w:t>2.</w:t>
            </w:r>
          </w:p>
        </w:tc>
        <w:tc>
          <w:tcPr>
            <w:tcW w:w="377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6D86747" w14:textId="77777777" w:rsidR="00F57796" w:rsidRDefault="00F57796">
            <w:pPr>
              <w:spacing w:after="0" w:line="240" w:lineRule="auto"/>
            </w:pPr>
          </w:p>
        </w:tc>
        <w:tc>
          <w:tcPr>
            <w:tcW w:w="1123"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6FED407" w14:textId="77777777" w:rsidR="00F57796" w:rsidRDefault="00F57796">
            <w:pPr>
              <w:spacing w:after="0" w:line="240" w:lineRule="auto"/>
            </w:pPr>
          </w:p>
        </w:tc>
        <w:tc>
          <w:tcPr>
            <w:tcW w:w="188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918E417" w14:textId="77777777" w:rsidR="00F57796" w:rsidRDefault="00F57796">
            <w:pPr>
              <w:spacing w:after="0" w:line="240" w:lineRule="auto"/>
            </w:pPr>
          </w:p>
        </w:tc>
        <w:tc>
          <w:tcPr>
            <w:tcW w:w="1857"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AF30E24" w14:textId="77777777" w:rsidR="00F57796" w:rsidRDefault="00F57796">
            <w:pPr>
              <w:spacing w:after="0" w:line="240" w:lineRule="auto"/>
            </w:pPr>
          </w:p>
        </w:tc>
      </w:tr>
      <w:tr w:rsidR="00F57796" w14:paraId="080F750B" w14:textId="77777777">
        <w:trPr>
          <w:cantSplit/>
          <w:trHeight w:hRule="exact" w:val="317"/>
          <w:jc w:val="center"/>
        </w:trPr>
        <w:tc>
          <w:tcPr>
            <w:tcW w:w="208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C820E7C" w14:textId="77777777" w:rsidR="00F57796" w:rsidRDefault="00000000">
            <w:pPr>
              <w:spacing w:after="0" w:line="240" w:lineRule="auto"/>
            </w:pPr>
            <w:r>
              <w:rPr>
                <w:sz w:val="14"/>
              </w:rPr>
              <w:t>3.</w:t>
            </w:r>
          </w:p>
        </w:tc>
        <w:tc>
          <w:tcPr>
            <w:tcW w:w="377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4726BB7" w14:textId="77777777" w:rsidR="00F57796" w:rsidRDefault="00F57796">
            <w:pPr>
              <w:spacing w:after="0" w:line="240" w:lineRule="auto"/>
            </w:pPr>
          </w:p>
        </w:tc>
        <w:tc>
          <w:tcPr>
            <w:tcW w:w="1123"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49AF598" w14:textId="77777777" w:rsidR="00F57796" w:rsidRDefault="00F57796">
            <w:pPr>
              <w:spacing w:after="0" w:line="240" w:lineRule="auto"/>
            </w:pPr>
          </w:p>
        </w:tc>
        <w:tc>
          <w:tcPr>
            <w:tcW w:w="188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7CC7ED7" w14:textId="77777777" w:rsidR="00F57796" w:rsidRDefault="00F57796">
            <w:pPr>
              <w:spacing w:after="0" w:line="240" w:lineRule="auto"/>
            </w:pPr>
          </w:p>
        </w:tc>
        <w:tc>
          <w:tcPr>
            <w:tcW w:w="1857"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B2AE7E8" w14:textId="77777777" w:rsidR="00F57796" w:rsidRDefault="00F57796">
            <w:pPr>
              <w:spacing w:after="0" w:line="240" w:lineRule="auto"/>
            </w:pPr>
          </w:p>
        </w:tc>
      </w:tr>
      <w:tr w:rsidR="00F57796" w14:paraId="2C2272E1" w14:textId="77777777">
        <w:trPr>
          <w:cantSplit/>
          <w:trHeight w:hRule="exact" w:val="317"/>
          <w:jc w:val="center"/>
        </w:trPr>
        <w:tc>
          <w:tcPr>
            <w:tcW w:w="208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409DE98" w14:textId="77777777" w:rsidR="00F57796" w:rsidRDefault="00000000">
            <w:pPr>
              <w:spacing w:after="0" w:line="240" w:lineRule="auto"/>
            </w:pPr>
            <w:r>
              <w:rPr>
                <w:sz w:val="14"/>
              </w:rPr>
              <w:t>4.</w:t>
            </w:r>
          </w:p>
        </w:tc>
        <w:tc>
          <w:tcPr>
            <w:tcW w:w="377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9AD3E85" w14:textId="77777777" w:rsidR="00F57796" w:rsidRDefault="00F57796">
            <w:pPr>
              <w:spacing w:after="0" w:line="240" w:lineRule="auto"/>
            </w:pPr>
          </w:p>
        </w:tc>
        <w:tc>
          <w:tcPr>
            <w:tcW w:w="1123"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6442ADE" w14:textId="77777777" w:rsidR="00F57796" w:rsidRDefault="00F57796">
            <w:pPr>
              <w:spacing w:after="0" w:line="240" w:lineRule="auto"/>
            </w:pPr>
          </w:p>
        </w:tc>
        <w:tc>
          <w:tcPr>
            <w:tcW w:w="188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02D431E" w14:textId="77777777" w:rsidR="00F57796" w:rsidRDefault="00F57796">
            <w:pPr>
              <w:spacing w:after="0" w:line="240" w:lineRule="auto"/>
            </w:pPr>
          </w:p>
        </w:tc>
        <w:tc>
          <w:tcPr>
            <w:tcW w:w="1857"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3749FC8" w14:textId="77777777" w:rsidR="00F57796" w:rsidRDefault="00F57796">
            <w:pPr>
              <w:spacing w:after="0" w:line="240" w:lineRule="auto"/>
            </w:pPr>
          </w:p>
        </w:tc>
      </w:tr>
      <w:tr w:rsidR="00F57796" w14:paraId="5435EA3C" w14:textId="77777777">
        <w:trPr>
          <w:cantSplit/>
          <w:trHeight w:hRule="exact" w:val="317"/>
          <w:jc w:val="center"/>
        </w:trPr>
        <w:tc>
          <w:tcPr>
            <w:tcW w:w="208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09DF68F" w14:textId="77777777" w:rsidR="00F57796" w:rsidRDefault="00000000">
            <w:pPr>
              <w:spacing w:after="0" w:line="240" w:lineRule="auto"/>
            </w:pPr>
            <w:r>
              <w:rPr>
                <w:sz w:val="14"/>
              </w:rPr>
              <w:t>5.</w:t>
            </w:r>
          </w:p>
        </w:tc>
        <w:tc>
          <w:tcPr>
            <w:tcW w:w="377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708971B" w14:textId="77777777" w:rsidR="00F57796" w:rsidRDefault="00F57796">
            <w:pPr>
              <w:spacing w:after="0" w:line="240" w:lineRule="auto"/>
            </w:pPr>
          </w:p>
        </w:tc>
        <w:tc>
          <w:tcPr>
            <w:tcW w:w="1123"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F99A166" w14:textId="77777777" w:rsidR="00F57796" w:rsidRDefault="00F57796">
            <w:pPr>
              <w:spacing w:after="0" w:line="240" w:lineRule="auto"/>
            </w:pPr>
          </w:p>
        </w:tc>
        <w:tc>
          <w:tcPr>
            <w:tcW w:w="188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3D1C7E7" w14:textId="77777777" w:rsidR="00F57796" w:rsidRDefault="00F57796">
            <w:pPr>
              <w:spacing w:after="0" w:line="240" w:lineRule="auto"/>
            </w:pPr>
          </w:p>
        </w:tc>
        <w:tc>
          <w:tcPr>
            <w:tcW w:w="1857"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1EEE0E1" w14:textId="77777777" w:rsidR="00F57796" w:rsidRDefault="00F57796">
            <w:pPr>
              <w:spacing w:after="0" w:line="240" w:lineRule="auto"/>
            </w:pPr>
          </w:p>
        </w:tc>
      </w:tr>
    </w:tbl>
    <w:p w14:paraId="5D6237F3" w14:textId="77777777" w:rsidR="00141CBD" w:rsidRDefault="00141CBD">
      <w:pPr>
        <w:keepNext/>
        <w:spacing w:after="40" w:line="240" w:lineRule="auto"/>
        <w:rPr>
          <w:b/>
          <w:sz w:val="16"/>
        </w:rPr>
      </w:pPr>
    </w:p>
    <w:p w14:paraId="3367D91D" w14:textId="72DB2D35" w:rsidR="00F57796" w:rsidRDefault="00000000">
      <w:pPr>
        <w:keepNext/>
        <w:spacing w:after="40" w:line="240" w:lineRule="auto"/>
      </w:pPr>
      <w:r>
        <w:rPr>
          <w:b/>
          <w:sz w:val="16"/>
        </w:rPr>
        <w:t>C.  Social events</w:t>
      </w:r>
      <w:r>
        <w:rPr>
          <w:b/>
          <w:color w:val="8C6B22"/>
          <w:sz w:val="16"/>
        </w:rPr>
        <w:t xml:space="preserve"> (4 points)</w:t>
      </w:r>
    </w:p>
    <w:p w14:paraId="3200F4CB" w14:textId="77777777" w:rsidR="00F57796" w:rsidRDefault="00000000">
      <w:pPr>
        <w:spacing w:after="20" w:line="247" w:lineRule="auto"/>
      </w:pPr>
      <w:r>
        <w:rPr>
          <w:sz w:val="16"/>
        </w:rPr>
        <w:t>Total number of events:</w:t>
      </w:r>
    </w:p>
    <w:tbl>
      <w:tblPr>
        <w:tblW w:w="0" w:type="auto"/>
        <w:jc w:val="center"/>
        <w:tblLayout w:type="fixed"/>
        <w:tblLook w:val="04A0" w:firstRow="1" w:lastRow="0" w:firstColumn="1" w:lastColumn="0" w:noHBand="0" w:noVBand="1"/>
      </w:tblPr>
      <w:tblGrid>
        <w:gridCol w:w="5256"/>
        <w:gridCol w:w="892"/>
        <w:gridCol w:w="2332"/>
        <w:gridCol w:w="2246"/>
      </w:tblGrid>
      <w:tr w:rsidR="00F57796" w:rsidRPr="00AF4F35" w14:paraId="29E97816" w14:textId="77777777" w:rsidTr="00AF4F35">
        <w:trPr>
          <w:cantSplit/>
          <w:trHeight w:hRule="exact" w:val="518"/>
          <w:tblHeader/>
          <w:jc w:val="center"/>
        </w:trPr>
        <w:tc>
          <w:tcPr>
            <w:tcW w:w="5256"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69BBDF9E" w14:textId="77777777" w:rsidR="00F57796" w:rsidRPr="00AF4F35" w:rsidRDefault="00000000">
            <w:pPr>
              <w:spacing w:after="0" w:line="240" w:lineRule="auto"/>
              <w:jc w:val="center"/>
              <w:rPr>
                <w:color w:val="auto"/>
              </w:rPr>
            </w:pPr>
            <w:r w:rsidRPr="00AF4F35">
              <w:rPr>
                <w:b/>
                <w:color w:val="auto"/>
                <w:sz w:val="13"/>
              </w:rPr>
              <w:t>EVENT TITLE/DETAILS</w:t>
            </w:r>
          </w:p>
        </w:tc>
        <w:tc>
          <w:tcPr>
            <w:tcW w:w="892"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677EA25D" w14:textId="77777777" w:rsidR="00F57796" w:rsidRPr="00AF4F35" w:rsidRDefault="00000000">
            <w:pPr>
              <w:spacing w:after="0" w:line="240" w:lineRule="auto"/>
              <w:jc w:val="center"/>
              <w:rPr>
                <w:color w:val="auto"/>
              </w:rPr>
            </w:pPr>
            <w:r w:rsidRPr="00AF4F35">
              <w:rPr>
                <w:b/>
                <w:color w:val="auto"/>
                <w:sz w:val="13"/>
              </w:rPr>
              <w:t>DATE</w:t>
            </w:r>
          </w:p>
        </w:tc>
        <w:tc>
          <w:tcPr>
            <w:tcW w:w="2332"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0027AE31" w14:textId="77777777" w:rsidR="00F57796" w:rsidRPr="00AF4F35" w:rsidRDefault="00000000">
            <w:pPr>
              <w:spacing w:after="0" w:line="240" w:lineRule="auto"/>
              <w:jc w:val="center"/>
              <w:rPr>
                <w:color w:val="auto"/>
              </w:rPr>
            </w:pPr>
            <w:r w:rsidRPr="00AF4F35">
              <w:rPr>
                <w:b/>
                <w:color w:val="auto"/>
                <w:sz w:val="13"/>
              </w:rPr>
              <w:t>NUMBER OF MEMBERS</w:t>
            </w:r>
            <w:r w:rsidRPr="00AF4F35">
              <w:rPr>
                <w:b/>
                <w:color w:val="auto"/>
                <w:sz w:val="13"/>
              </w:rPr>
              <w:br/>
              <w:t>IN ATTENDANCE</w:t>
            </w:r>
          </w:p>
        </w:tc>
        <w:tc>
          <w:tcPr>
            <w:tcW w:w="2246"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0D525091" w14:textId="77777777" w:rsidR="00F57796" w:rsidRPr="00AF4F35" w:rsidRDefault="00000000">
            <w:pPr>
              <w:spacing w:after="0" w:line="240" w:lineRule="auto"/>
              <w:jc w:val="center"/>
              <w:rPr>
                <w:color w:val="auto"/>
              </w:rPr>
            </w:pPr>
            <w:r w:rsidRPr="00AF4F35">
              <w:rPr>
                <w:b/>
                <w:color w:val="auto"/>
                <w:sz w:val="13"/>
              </w:rPr>
              <w:t>TOTAL ESTIMATED</w:t>
            </w:r>
            <w:r w:rsidRPr="00AF4F35">
              <w:rPr>
                <w:b/>
                <w:color w:val="auto"/>
                <w:sz w:val="13"/>
              </w:rPr>
              <w:br/>
              <w:t>ATTENDANCE</w:t>
            </w:r>
          </w:p>
        </w:tc>
      </w:tr>
      <w:tr w:rsidR="00F57796" w14:paraId="6DF1CCA0" w14:textId="77777777" w:rsidTr="00AF4F35">
        <w:trPr>
          <w:cantSplit/>
          <w:trHeight w:hRule="exact" w:val="302"/>
          <w:jc w:val="center"/>
        </w:trPr>
        <w:tc>
          <w:tcPr>
            <w:tcW w:w="5256"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CB0A8B0" w14:textId="77777777" w:rsidR="00F57796" w:rsidRDefault="00000000">
            <w:pPr>
              <w:spacing w:after="0" w:line="240" w:lineRule="auto"/>
            </w:pPr>
            <w:r>
              <w:rPr>
                <w:sz w:val="14"/>
              </w:rPr>
              <w:t>1.</w:t>
            </w:r>
          </w:p>
        </w:tc>
        <w:tc>
          <w:tcPr>
            <w:tcW w:w="892"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0446E8C" w14:textId="77777777" w:rsidR="00F57796" w:rsidRDefault="00F57796">
            <w:pPr>
              <w:spacing w:after="0" w:line="240" w:lineRule="auto"/>
            </w:pPr>
          </w:p>
        </w:tc>
        <w:tc>
          <w:tcPr>
            <w:tcW w:w="2332"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C51C3CD" w14:textId="77777777" w:rsidR="00F57796" w:rsidRDefault="00F57796">
            <w:pPr>
              <w:spacing w:after="0" w:line="240" w:lineRule="auto"/>
            </w:pPr>
          </w:p>
        </w:tc>
        <w:tc>
          <w:tcPr>
            <w:tcW w:w="2246"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7D19298" w14:textId="77777777" w:rsidR="00F57796" w:rsidRDefault="00F57796">
            <w:pPr>
              <w:spacing w:after="0" w:line="240" w:lineRule="auto"/>
            </w:pPr>
          </w:p>
        </w:tc>
      </w:tr>
      <w:tr w:rsidR="00F57796" w14:paraId="5ABF5624" w14:textId="77777777">
        <w:trPr>
          <w:cantSplit/>
          <w:trHeight w:hRule="exact" w:val="302"/>
          <w:jc w:val="center"/>
        </w:trPr>
        <w:tc>
          <w:tcPr>
            <w:tcW w:w="525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043F62E" w14:textId="77777777" w:rsidR="00F57796" w:rsidRDefault="00000000">
            <w:pPr>
              <w:spacing w:after="0" w:line="240" w:lineRule="auto"/>
            </w:pPr>
            <w:r>
              <w:rPr>
                <w:sz w:val="14"/>
              </w:rPr>
              <w:t>2.</w:t>
            </w:r>
          </w:p>
        </w:tc>
        <w:tc>
          <w:tcPr>
            <w:tcW w:w="89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A483DD1" w14:textId="77777777" w:rsidR="00F57796" w:rsidRDefault="00F57796">
            <w:pPr>
              <w:spacing w:after="0" w:line="240" w:lineRule="auto"/>
            </w:pPr>
          </w:p>
        </w:tc>
        <w:tc>
          <w:tcPr>
            <w:tcW w:w="233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078658D" w14:textId="77777777" w:rsidR="00F57796" w:rsidRDefault="00F57796">
            <w:pPr>
              <w:spacing w:after="0" w:line="240" w:lineRule="auto"/>
            </w:pPr>
          </w:p>
        </w:tc>
        <w:tc>
          <w:tcPr>
            <w:tcW w:w="224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5DC97FB" w14:textId="77777777" w:rsidR="00F57796" w:rsidRDefault="00F57796">
            <w:pPr>
              <w:spacing w:after="0" w:line="240" w:lineRule="auto"/>
            </w:pPr>
          </w:p>
        </w:tc>
      </w:tr>
      <w:tr w:rsidR="00F57796" w14:paraId="34C3AC6A" w14:textId="77777777">
        <w:trPr>
          <w:cantSplit/>
          <w:trHeight w:hRule="exact" w:val="302"/>
          <w:jc w:val="center"/>
        </w:trPr>
        <w:tc>
          <w:tcPr>
            <w:tcW w:w="525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9589ABC" w14:textId="77777777" w:rsidR="00F57796" w:rsidRDefault="00000000">
            <w:pPr>
              <w:spacing w:after="0" w:line="240" w:lineRule="auto"/>
            </w:pPr>
            <w:r>
              <w:rPr>
                <w:sz w:val="14"/>
              </w:rPr>
              <w:t>3.</w:t>
            </w:r>
          </w:p>
        </w:tc>
        <w:tc>
          <w:tcPr>
            <w:tcW w:w="89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7352192" w14:textId="77777777" w:rsidR="00F57796" w:rsidRDefault="00F57796">
            <w:pPr>
              <w:spacing w:after="0" w:line="240" w:lineRule="auto"/>
            </w:pPr>
          </w:p>
        </w:tc>
        <w:tc>
          <w:tcPr>
            <w:tcW w:w="233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C55C0DF" w14:textId="77777777" w:rsidR="00F57796" w:rsidRDefault="00F57796">
            <w:pPr>
              <w:spacing w:after="0" w:line="240" w:lineRule="auto"/>
            </w:pPr>
          </w:p>
        </w:tc>
        <w:tc>
          <w:tcPr>
            <w:tcW w:w="224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0D4F4E3" w14:textId="77777777" w:rsidR="00F57796" w:rsidRDefault="00F57796">
            <w:pPr>
              <w:spacing w:after="0" w:line="240" w:lineRule="auto"/>
            </w:pPr>
          </w:p>
        </w:tc>
      </w:tr>
      <w:tr w:rsidR="00F57796" w14:paraId="203377E1" w14:textId="77777777">
        <w:trPr>
          <w:cantSplit/>
          <w:trHeight w:hRule="exact" w:val="302"/>
          <w:jc w:val="center"/>
        </w:trPr>
        <w:tc>
          <w:tcPr>
            <w:tcW w:w="525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1BA3367" w14:textId="77777777" w:rsidR="00F57796" w:rsidRDefault="00000000">
            <w:pPr>
              <w:spacing w:after="0" w:line="240" w:lineRule="auto"/>
            </w:pPr>
            <w:r>
              <w:rPr>
                <w:sz w:val="14"/>
              </w:rPr>
              <w:t>4.</w:t>
            </w:r>
          </w:p>
        </w:tc>
        <w:tc>
          <w:tcPr>
            <w:tcW w:w="89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F52C889" w14:textId="77777777" w:rsidR="00F57796" w:rsidRDefault="00F57796">
            <w:pPr>
              <w:spacing w:after="0" w:line="240" w:lineRule="auto"/>
            </w:pPr>
          </w:p>
        </w:tc>
        <w:tc>
          <w:tcPr>
            <w:tcW w:w="233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5E432F8" w14:textId="77777777" w:rsidR="00F57796" w:rsidRDefault="00F57796">
            <w:pPr>
              <w:spacing w:after="0" w:line="240" w:lineRule="auto"/>
            </w:pPr>
          </w:p>
        </w:tc>
        <w:tc>
          <w:tcPr>
            <w:tcW w:w="224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E843008" w14:textId="77777777" w:rsidR="00F57796" w:rsidRDefault="00F57796">
            <w:pPr>
              <w:spacing w:after="0" w:line="240" w:lineRule="auto"/>
            </w:pPr>
          </w:p>
        </w:tc>
      </w:tr>
      <w:tr w:rsidR="00F57796" w14:paraId="638098C7" w14:textId="77777777">
        <w:trPr>
          <w:cantSplit/>
          <w:trHeight w:hRule="exact" w:val="302"/>
          <w:jc w:val="center"/>
        </w:trPr>
        <w:tc>
          <w:tcPr>
            <w:tcW w:w="525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18AA576" w14:textId="77777777" w:rsidR="00F57796" w:rsidRDefault="00000000">
            <w:pPr>
              <w:spacing w:after="0" w:line="240" w:lineRule="auto"/>
            </w:pPr>
            <w:r>
              <w:rPr>
                <w:sz w:val="14"/>
              </w:rPr>
              <w:t>5.</w:t>
            </w:r>
          </w:p>
        </w:tc>
        <w:tc>
          <w:tcPr>
            <w:tcW w:w="89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EFA9EF1" w14:textId="77777777" w:rsidR="00F57796" w:rsidRDefault="00F57796">
            <w:pPr>
              <w:spacing w:after="0" w:line="240" w:lineRule="auto"/>
            </w:pPr>
          </w:p>
        </w:tc>
        <w:tc>
          <w:tcPr>
            <w:tcW w:w="2332"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FB08627" w14:textId="77777777" w:rsidR="00F57796" w:rsidRDefault="00F57796">
            <w:pPr>
              <w:spacing w:after="0" w:line="240" w:lineRule="auto"/>
            </w:pPr>
          </w:p>
        </w:tc>
        <w:tc>
          <w:tcPr>
            <w:tcW w:w="2246"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21750B9" w14:textId="77777777" w:rsidR="00F57796" w:rsidRDefault="00F57796">
            <w:pPr>
              <w:spacing w:after="0" w:line="240" w:lineRule="auto"/>
            </w:pPr>
          </w:p>
        </w:tc>
      </w:tr>
    </w:tbl>
    <w:p w14:paraId="295438BF" w14:textId="77777777" w:rsidR="00141CBD" w:rsidRDefault="00141CBD">
      <w:pPr>
        <w:keepNext/>
        <w:spacing w:after="40" w:line="240" w:lineRule="auto"/>
        <w:rPr>
          <w:b/>
          <w:sz w:val="16"/>
        </w:rPr>
      </w:pPr>
    </w:p>
    <w:p w14:paraId="577206BF" w14:textId="05785F14" w:rsidR="00F57796" w:rsidRDefault="00141CBD">
      <w:pPr>
        <w:keepNext/>
        <w:spacing w:after="40" w:line="240" w:lineRule="auto"/>
      </w:pPr>
      <w:r>
        <w:rPr>
          <w:b/>
          <w:sz w:val="16"/>
        </w:rPr>
        <w:t>D.  Community and Academic Service</w:t>
      </w:r>
      <w:r>
        <w:rPr>
          <w:b/>
          <w:color w:val="8C6B22"/>
          <w:sz w:val="16"/>
        </w:rPr>
        <w:t xml:space="preserve"> (4 points)</w:t>
      </w:r>
    </w:p>
    <w:p w14:paraId="4C79C246" w14:textId="77777777" w:rsidR="00F57796" w:rsidRDefault="00000000">
      <w:pPr>
        <w:spacing w:after="20" w:line="247" w:lineRule="auto"/>
      </w:pPr>
      <w:r>
        <w:rPr>
          <w:sz w:val="15"/>
        </w:rPr>
        <w:t>Does your institution require your chapter and/or students to perform community service?  ☐ Yes   ☐ No.</w:t>
      </w:r>
    </w:p>
    <w:p w14:paraId="761EDF0D" w14:textId="77777777" w:rsidR="00F57796" w:rsidRDefault="00000000">
      <w:pPr>
        <w:spacing w:after="40" w:line="247" w:lineRule="auto"/>
      </w:pPr>
      <w:r>
        <w:rPr>
          <w:sz w:val="15"/>
        </w:rPr>
        <w:t>If Yes, please provide details.</w:t>
      </w:r>
    </w:p>
    <w:p w14:paraId="195FFDF2" w14:textId="77777777" w:rsidR="00F57796" w:rsidRDefault="00000000">
      <w:pPr>
        <w:spacing w:after="20" w:line="247" w:lineRule="auto"/>
      </w:pPr>
      <w:r>
        <w:rPr>
          <w:sz w:val="15"/>
        </w:rPr>
        <w:t>List the community and academic service activities the chapter has coordinated and/or participated in.</w:t>
      </w:r>
    </w:p>
    <w:tbl>
      <w:tblPr>
        <w:tblW w:w="0" w:type="auto"/>
        <w:jc w:val="center"/>
        <w:tblLayout w:type="fixed"/>
        <w:tblLook w:val="04A0" w:firstRow="1" w:lastRow="0" w:firstColumn="1" w:lastColumn="0" w:noHBand="0" w:noVBand="1"/>
      </w:tblPr>
      <w:tblGrid>
        <w:gridCol w:w="6840"/>
        <w:gridCol w:w="1368"/>
        <w:gridCol w:w="2520"/>
      </w:tblGrid>
      <w:tr w:rsidR="00F57796" w:rsidRPr="00AF4F35" w14:paraId="2B911513" w14:textId="77777777" w:rsidTr="00AF4F35">
        <w:trPr>
          <w:cantSplit/>
          <w:trHeight w:hRule="exact" w:val="389"/>
          <w:tblHeader/>
          <w:jc w:val="center"/>
        </w:trPr>
        <w:tc>
          <w:tcPr>
            <w:tcW w:w="6840"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129DE916" w14:textId="77777777" w:rsidR="00F57796" w:rsidRPr="00AF4F35" w:rsidRDefault="00000000">
            <w:pPr>
              <w:spacing w:after="0" w:line="240" w:lineRule="auto"/>
              <w:jc w:val="center"/>
              <w:rPr>
                <w:color w:val="auto"/>
              </w:rPr>
            </w:pPr>
            <w:r w:rsidRPr="00AF4F35">
              <w:rPr>
                <w:b/>
                <w:color w:val="auto"/>
                <w:sz w:val="13"/>
              </w:rPr>
              <w:t>EVENT TITLE/DETAILS</w:t>
            </w:r>
          </w:p>
        </w:tc>
        <w:tc>
          <w:tcPr>
            <w:tcW w:w="1368"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4F039EFF" w14:textId="77777777" w:rsidR="00F57796" w:rsidRPr="00AF4F35" w:rsidRDefault="00000000">
            <w:pPr>
              <w:spacing w:after="0" w:line="240" w:lineRule="auto"/>
              <w:jc w:val="center"/>
              <w:rPr>
                <w:color w:val="auto"/>
              </w:rPr>
            </w:pPr>
            <w:r w:rsidRPr="00AF4F35">
              <w:rPr>
                <w:b/>
                <w:color w:val="auto"/>
                <w:sz w:val="13"/>
              </w:rPr>
              <w:t>DATE</w:t>
            </w:r>
          </w:p>
        </w:tc>
        <w:tc>
          <w:tcPr>
            <w:tcW w:w="2520" w:type="dxa"/>
            <w:tcBorders>
              <w:top w:val="single" w:sz="6" w:space="0" w:color="8C8C8C"/>
              <w:left w:val="single" w:sz="6" w:space="0" w:color="8C8C8C"/>
              <w:bottom w:val="single" w:sz="6" w:space="0" w:color="8C8C8C"/>
              <w:right w:val="single" w:sz="6" w:space="0" w:color="8C8C8C"/>
            </w:tcBorders>
            <w:shd w:val="clear" w:color="auto" w:fill="EFE9DC"/>
            <w:tcMar>
              <w:top w:w="35" w:type="dxa"/>
              <w:left w:w="55" w:type="dxa"/>
              <w:bottom w:w="35" w:type="dxa"/>
              <w:right w:w="55" w:type="dxa"/>
            </w:tcMar>
            <w:vAlign w:val="center"/>
          </w:tcPr>
          <w:p w14:paraId="58F78AB5" w14:textId="77777777" w:rsidR="00F57796" w:rsidRPr="00AF4F35" w:rsidRDefault="00000000">
            <w:pPr>
              <w:spacing w:after="0" w:line="240" w:lineRule="auto"/>
              <w:jc w:val="center"/>
              <w:rPr>
                <w:color w:val="auto"/>
              </w:rPr>
            </w:pPr>
            <w:r w:rsidRPr="00AF4F35">
              <w:rPr>
                <w:b/>
                <w:color w:val="auto"/>
                <w:sz w:val="13"/>
              </w:rPr>
              <w:t># OF ATTENDEES</w:t>
            </w:r>
          </w:p>
        </w:tc>
      </w:tr>
      <w:tr w:rsidR="00F57796" w14:paraId="52428C6E" w14:textId="77777777" w:rsidTr="00AF4F35">
        <w:trPr>
          <w:cantSplit/>
          <w:trHeight w:hRule="exact" w:val="288"/>
          <w:jc w:val="center"/>
        </w:trPr>
        <w:tc>
          <w:tcPr>
            <w:tcW w:w="6840"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7E25324" w14:textId="77777777" w:rsidR="00F57796" w:rsidRDefault="00000000">
            <w:pPr>
              <w:spacing w:after="0" w:line="240" w:lineRule="auto"/>
            </w:pPr>
            <w:r>
              <w:rPr>
                <w:sz w:val="14"/>
              </w:rPr>
              <w:t>1.</w:t>
            </w:r>
          </w:p>
        </w:tc>
        <w:tc>
          <w:tcPr>
            <w:tcW w:w="1368"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09C72BB" w14:textId="77777777" w:rsidR="00F57796" w:rsidRDefault="00F57796">
            <w:pPr>
              <w:spacing w:after="0" w:line="240" w:lineRule="auto"/>
            </w:pPr>
          </w:p>
        </w:tc>
        <w:tc>
          <w:tcPr>
            <w:tcW w:w="2520" w:type="dxa"/>
            <w:tcBorders>
              <w:top w:val="single" w:sz="6"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CEA4414" w14:textId="77777777" w:rsidR="00F57796" w:rsidRDefault="00F57796">
            <w:pPr>
              <w:spacing w:after="0" w:line="240" w:lineRule="auto"/>
            </w:pPr>
          </w:p>
        </w:tc>
      </w:tr>
      <w:tr w:rsidR="00F57796" w14:paraId="0CA7CC80" w14:textId="77777777">
        <w:trPr>
          <w:cantSplit/>
          <w:trHeight w:hRule="exact" w:val="288"/>
          <w:jc w:val="center"/>
        </w:trPr>
        <w:tc>
          <w:tcPr>
            <w:tcW w:w="684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5E1237A5" w14:textId="77777777" w:rsidR="00F57796" w:rsidRDefault="00000000">
            <w:pPr>
              <w:spacing w:after="0" w:line="240" w:lineRule="auto"/>
            </w:pPr>
            <w:r>
              <w:rPr>
                <w:sz w:val="14"/>
              </w:rPr>
              <w:t>2.</w:t>
            </w:r>
          </w:p>
        </w:tc>
        <w:tc>
          <w:tcPr>
            <w:tcW w:w="136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BED8D0E" w14:textId="77777777" w:rsidR="00F57796" w:rsidRDefault="00F57796">
            <w:pPr>
              <w:spacing w:after="0" w:line="240" w:lineRule="auto"/>
            </w:pPr>
          </w:p>
        </w:tc>
        <w:tc>
          <w:tcPr>
            <w:tcW w:w="252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349434D" w14:textId="77777777" w:rsidR="00F57796" w:rsidRDefault="00F57796">
            <w:pPr>
              <w:spacing w:after="0" w:line="240" w:lineRule="auto"/>
            </w:pPr>
          </w:p>
        </w:tc>
      </w:tr>
      <w:tr w:rsidR="00F57796" w14:paraId="4FB40D98" w14:textId="77777777">
        <w:trPr>
          <w:cantSplit/>
          <w:trHeight w:hRule="exact" w:val="288"/>
          <w:jc w:val="center"/>
        </w:trPr>
        <w:tc>
          <w:tcPr>
            <w:tcW w:w="684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C5CF0B7" w14:textId="77777777" w:rsidR="00F57796" w:rsidRDefault="00000000">
            <w:pPr>
              <w:spacing w:after="0" w:line="240" w:lineRule="auto"/>
            </w:pPr>
            <w:r>
              <w:rPr>
                <w:sz w:val="14"/>
              </w:rPr>
              <w:t>3.</w:t>
            </w:r>
          </w:p>
        </w:tc>
        <w:tc>
          <w:tcPr>
            <w:tcW w:w="136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348B6862" w14:textId="77777777" w:rsidR="00F57796" w:rsidRDefault="00F57796">
            <w:pPr>
              <w:spacing w:after="0" w:line="240" w:lineRule="auto"/>
            </w:pPr>
          </w:p>
        </w:tc>
        <w:tc>
          <w:tcPr>
            <w:tcW w:w="252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63305184" w14:textId="77777777" w:rsidR="00F57796" w:rsidRDefault="00F57796">
            <w:pPr>
              <w:spacing w:after="0" w:line="240" w:lineRule="auto"/>
            </w:pPr>
          </w:p>
        </w:tc>
      </w:tr>
      <w:tr w:rsidR="00F57796" w14:paraId="011A9987" w14:textId="77777777">
        <w:trPr>
          <w:cantSplit/>
          <w:trHeight w:hRule="exact" w:val="288"/>
          <w:jc w:val="center"/>
        </w:trPr>
        <w:tc>
          <w:tcPr>
            <w:tcW w:w="684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497A557D" w14:textId="77777777" w:rsidR="00F57796" w:rsidRDefault="00000000">
            <w:pPr>
              <w:spacing w:after="0" w:line="240" w:lineRule="auto"/>
            </w:pPr>
            <w:r>
              <w:rPr>
                <w:sz w:val="14"/>
              </w:rPr>
              <w:t>4.</w:t>
            </w:r>
          </w:p>
        </w:tc>
        <w:tc>
          <w:tcPr>
            <w:tcW w:w="136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52E6B02" w14:textId="77777777" w:rsidR="00F57796" w:rsidRDefault="00F57796">
            <w:pPr>
              <w:spacing w:after="0" w:line="240" w:lineRule="auto"/>
            </w:pPr>
          </w:p>
        </w:tc>
        <w:tc>
          <w:tcPr>
            <w:tcW w:w="252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10CC1A53" w14:textId="77777777" w:rsidR="00F57796" w:rsidRDefault="00F57796">
            <w:pPr>
              <w:spacing w:after="0" w:line="240" w:lineRule="auto"/>
            </w:pPr>
          </w:p>
        </w:tc>
      </w:tr>
      <w:tr w:rsidR="00F57796" w14:paraId="30458949" w14:textId="77777777">
        <w:trPr>
          <w:cantSplit/>
          <w:trHeight w:hRule="exact" w:val="288"/>
          <w:jc w:val="center"/>
        </w:trPr>
        <w:tc>
          <w:tcPr>
            <w:tcW w:w="684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74808C6F" w14:textId="77777777" w:rsidR="00F57796" w:rsidRDefault="00000000">
            <w:pPr>
              <w:spacing w:after="0" w:line="240" w:lineRule="auto"/>
            </w:pPr>
            <w:r>
              <w:rPr>
                <w:sz w:val="14"/>
              </w:rPr>
              <w:t>5.</w:t>
            </w:r>
          </w:p>
        </w:tc>
        <w:tc>
          <w:tcPr>
            <w:tcW w:w="1368"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0298679B" w14:textId="77777777" w:rsidR="00F57796" w:rsidRDefault="00F57796">
            <w:pPr>
              <w:spacing w:after="0" w:line="240" w:lineRule="auto"/>
            </w:pPr>
          </w:p>
        </w:tc>
        <w:tc>
          <w:tcPr>
            <w:tcW w:w="2520" w:type="dxa"/>
            <w:tcBorders>
              <w:top w:val="single" w:sz="5" w:space="0" w:color="8C8C8C"/>
              <w:left w:val="single" w:sz="5" w:space="0" w:color="8C8C8C"/>
              <w:bottom w:val="single" w:sz="5" w:space="0" w:color="8C8C8C"/>
              <w:right w:val="single" w:sz="5" w:space="0" w:color="8C8C8C"/>
            </w:tcBorders>
            <w:tcMar>
              <w:top w:w="35" w:type="dxa"/>
              <w:left w:w="55" w:type="dxa"/>
              <w:bottom w:w="35" w:type="dxa"/>
              <w:right w:w="55" w:type="dxa"/>
            </w:tcMar>
            <w:vAlign w:val="center"/>
          </w:tcPr>
          <w:p w14:paraId="2BCB45E7" w14:textId="77777777" w:rsidR="00F57796" w:rsidRDefault="00F57796">
            <w:pPr>
              <w:spacing w:after="0" w:line="240" w:lineRule="auto"/>
            </w:pPr>
          </w:p>
        </w:tc>
      </w:tr>
    </w:tbl>
    <w:p w14:paraId="76B0823E" w14:textId="77777777" w:rsidR="00F57796" w:rsidRDefault="00000000">
      <w:pPr>
        <w:spacing w:after="0"/>
      </w:pPr>
      <w:r>
        <w:br w:type="page"/>
      </w:r>
    </w:p>
    <w:tbl>
      <w:tblPr>
        <w:tblW w:w="0" w:type="auto"/>
        <w:jc w:val="center"/>
        <w:tblLayout w:type="fixed"/>
        <w:tblLook w:val="04A0" w:firstRow="1" w:lastRow="0" w:firstColumn="1" w:lastColumn="0" w:noHBand="0" w:noVBand="1"/>
      </w:tblPr>
      <w:tblGrid>
        <w:gridCol w:w="10728"/>
      </w:tblGrid>
      <w:tr w:rsidR="00F57796" w14:paraId="3FCDA551" w14:textId="77777777">
        <w:trPr>
          <w:jc w:val="center"/>
        </w:trPr>
        <w:tc>
          <w:tcPr>
            <w:tcW w:w="10728" w:type="dxa"/>
            <w:tcBorders>
              <w:top w:val="single" w:sz="6" w:space="0" w:color="B59645"/>
              <w:left w:val="nil"/>
              <w:bottom w:val="single" w:sz="6" w:space="0" w:color="B59645"/>
              <w:right w:val="nil"/>
            </w:tcBorders>
            <w:shd w:val="clear" w:color="auto" w:fill="EFE9DC"/>
            <w:tcMar>
              <w:top w:w="75" w:type="dxa"/>
              <w:left w:w="100" w:type="dxa"/>
              <w:bottom w:w="75" w:type="dxa"/>
              <w:right w:w="100" w:type="dxa"/>
            </w:tcMar>
          </w:tcPr>
          <w:p w14:paraId="6C8184B9" w14:textId="77777777" w:rsidR="00F57796" w:rsidRDefault="00000000">
            <w:pPr>
              <w:spacing w:after="0"/>
              <w:jc w:val="center"/>
            </w:pPr>
            <w:r>
              <w:rPr>
                <w:b/>
                <w:color w:val="8C6B22"/>
                <w:sz w:val="23"/>
              </w:rPr>
              <w:lastRenderedPageBreak/>
              <w:t>PART III. CHAPTER PROGRAMS - CONTINUED</w:t>
            </w:r>
          </w:p>
        </w:tc>
      </w:tr>
    </w:tbl>
    <w:p w14:paraId="4F4BF4DC" w14:textId="77777777" w:rsidR="00F57796" w:rsidRDefault="00F57796">
      <w:pPr>
        <w:spacing w:after="20" w:line="48" w:lineRule="auto"/>
      </w:pPr>
    </w:p>
    <w:p w14:paraId="2FFD6CFF" w14:textId="50AEF785" w:rsidR="00F57796" w:rsidRDefault="00141CBD">
      <w:pPr>
        <w:keepNext/>
        <w:spacing w:after="120" w:line="240" w:lineRule="auto"/>
      </w:pPr>
      <w:r>
        <w:rPr>
          <w:b/>
        </w:rPr>
        <w:t>E.  Chapter Summary</w:t>
      </w:r>
      <w:r>
        <w:rPr>
          <w:b/>
          <w:color w:val="8C6B22"/>
        </w:rPr>
        <w:t xml:space="preserve"> (5 points)</w:t>
      </w:r>
      <w:r>
        <w:t xml:space="preserve">  Write in the space below a summary of your chapter’s unique features and how your chapter exemplifies TriBeta’s three-fold purpose.</w:t>
      </w:r>
    </w:p>
    <w:tbl>
      <w:tblPr>
        <w:tblW w:w="0" w:type="auto"/>
        <w:jc w:val="center"/>
        <w:tblLayout w:type="fixed"/>
        <w:tblLook w:val="04A0" w:firstRow="1" w:lastRow="0" w:firstColumn="1" w:lastColumn="0" w:noHBand="0" w:noVBand="1"/>
      </w:tblPr>
      <w:tblGrid>
        <w:gridCol w:w="10728"/>
      </w:tblGrid>
      <w:tr w:rsidR="00F57796" w14:paraId="691594C5" w14:textId="77777777">
        <w:trPr>
          <w:trHeight w:val="9864"/>
          <w:jc w:val="center"/>
        </w:trPr>
        <w:tc>
          <w:tcPr>
            <w:tcW w:w="10728" w:type="dxa"/>
            <w:tcBorders>
              <w:top w:val="single" w:sz="5" w:space="0" w:color="B7B7B7"/>
              <w:left w:val="single" w:sz="5" w:space="0" w:color="B7B7B7"/>
              <w:bottom w:val="single" w:sz="5" w:space="0" w:color="B7B7B7"/>
              <w:right w:val="single" w:sz="5" w:space="0" w:color="B7B7B7"/>
            </w:tcBorders>
            <w:shd w:val="clear" w:color="auto" w:fill="FBFBFA"/>
            <w:tcMar>
              <w:top w:w="80" w:type="dxa"/>
              <w:left w:w="90" w:type="dxa"/>
              <w:bottom w:w="80" w:type="dxa"/>
              <w:right w:w="90" w:type="dxa"/>
            </w:tcMar>
          </w:tcPr>
          <w:p w14:paraId="284B3AA5" w14:textId="77777777" w:rsidR="00F57796" w:rsidRDefault="00F57796"/>
        </w:tc>
      </w:tr>
    </w:tbl>
    <w:p w14:paraId="7BF938AF" w14:textId="77777777" w:rsidR="00F57796" w:rsidRDefault="00000000">
      <w:pPr>
        <w:spacing w:after="0"/>
      </w:pPr>
      <w:r>
        <w:br w:type="page"/>
      </w:r>
    </w:p>
    <w:tbl>
      <w:tblPr>
        <w:tblW w:w="0" w:type="auto"/>
        <w:jc w:val="center"/>
        <w:tblLayout w:type="fixed"/>
        <w:tblLook w:val="04A0" w:firstRow="1" w:lastRow="0" w:firstColumn="1" w:lastColumn="0" w:noHBand="0" w:noVBand="1"/>
      </w:tblPr>
      <w:tblGrid>
        <w:gridCol w:w="10728"/>
      </w:tblGrid>
      <w:tr w:rsidR="00F57796" w14:paraId="644A9AA0" w14:textId="77777777">
        <w:trPr>
          <w:jc w:val="center"/>
        </w:trPr>
        <w:tc>
          <w:tcPr>
            <w:tcW w:w="10728" w:type="dxa"/>
            <w:tcBorders>
              <w:top w:val="single" w:sz="6" w:space="0" w:color="B59645"/>
              <w:left w:val="nil"/>
              <w:bottom w:val="single" w:sz="6" w:space="0" w:color="B59645"/>
              <w:right w:val="nil"/>
            </w:tcBorders>
            <w:shd w:val="clear" w:color="auto" w:fill="EFE9DC"/>
            <w:tcMar>
              <w:top w:w="75" w:type="dxa"/>
              <w:left w:w="100" w:type="dxa"/>
              <w:bottom w:w="75" w:type="dxa"/>
              <w:right w:w="100" w:type="dxa"/>
            </w:tcMar>
          </w:tcPr>
          <w:p w14:paraId="230079BA" w14:textId="77777777" w:rsidR="00F57796" w:rsidRDefault="00000000">
            <w:pPr>
              <w:spacing w:after="0"/>
              <w:jc w:val="center"/>
            </w:pPr>
            <w:r>
              <w:rPr>
                <w:b/>
                <w:color w:val="8C6B22"/>
                <w:sz w:val="23"/>
              </w:rPr>
              <w:lastRenderedPageBreak/>
              <w:t>PART IV. RELATIONSHIP WITH THE NATIONAL OFFICE (0-10 POINTS)</w:t>
            </w:r>
          </w:p>
        </w:tc>
      </w:tr>
    </w:tbl>
    <w:p w14:paraId="1D1AE5F6" w14:textId="77777777" w:rsidR="00F57796" w:rsidRDefault="00F57796">
      <w:pPr>
        <w:spacing w:after="20" w:line="48" w:lineRule="auto"/>
      </w:pPr>
    </w:p>
    <w:p w14:paraId="2BF4CF2F" w14:textId="77777777" w:rsidR="00F57796" w:rsidRDefault="00000000">
      <w:pPr>
        <w:spacing w:after="80" w:line="247" w:lineRule="auto"/>
      </w:pPr>
      <w:r>
        <w:rPr>
          <w:sz w:val="17"/>
        </w:rPr>
        <w:t>Please indicate the appropriate responses for your chapter.</w:t>
      </w:r>
    </w:p>
    <w:p w14:paraId="69BCF61E" w14:textId="69A93205" w:rsidR="00F57796" w:rsidRPr="00560249" w:rsidRDefault="00000000" w:rsidP="00560249">
      <w:pPr>
        <w:keepNext/>
        <w:spacing w:after="30"/>
        <w:ind w:left="29" w:hanging="29"/>
        <w:rPr>
          <w:b/>
          <w:color w:val="8C6B22"/>
          <w:sz w:val="17"/>
        </w:rPr>
      </w:pPr>
      <w:r>
        <w:rPr>
          <w:b/>
          <w:color w:val="8C6B22"/>
          <w:sz w:val="17"/>
        </w:rPr>
        <w:t>1</w:t>
      </w:r>
      <w:proofErr w:type="gramStart"/>
      <w:r>
        <w:rPr>
          <w:b/>
          <w:color w:val="8C6B22"/>
          <w:sz w:val="17"/>
        </w:rPr>
        <w:t xml:space="preserve">.  </w:t>
      </w:r>
      <w:r>
        <w:rPr>
          <w:sz w:val="17"/>
        </w:rPr>
        <w:t>Do</w:t>
      </w:r>
      <w:proofErr w:type="gramEnd"/>
      <w:r>
        <w:rPr>
          <w:sz w:val="17"/>
        </w:rPr>
        <w:t xml:space="preserve"> you maintain a history book (scrapbook) of your chapter activities? Electronic versions (e-books) are acceptable.</w:t>
      </w:r>
    </w:p>
    <w:p w14:paraId="113AD802" w14:textId="77777777" w:rsidR="00F57796" w:rsidRDefault="00000000">
      <w:pPr>
        <w:spacing w:after="40"/>
        <w:ind w:left="461"/>
      </w:pPr>
      <w:r>
        <w:rPr>
          <w:rFonts w:ascii="DejaVu Sans" w:hAnsi="DejaVu Sans"/>
          <w:sz w:val="17"/>
        </w:rPr>
        <w:t>☐ Yes        ☐ No</w:t>
      </w:r>
    </w:p>
    <w:p w14:paraId="68107C8D" w14:textId="77777777" w:rsidR="00AF4F35" w:rsidRDefault="00AF4F35">
      <w:pPr>
        <w:keepNext/>
        <w:spacing w:after="30"/>
        <w:ind w:left="29" w:hanging="29"/>
        <w:rPr>
          <w:b/>
          <w:color w:val="8C6B22"/>
          <w:sz w:val="17"/>
        </w:rPr>
      </w:pPr>
    </w:p>
    <w:p w14:paraId="197D88EA" w14:textId="708B6A3E" w:rsidR="00F57796" w:rsidRDefault="00000000">
      <w:pPr>
        <w:keepNext/>
        <w:spacing w:after="30"/>
        <w:ind w:left="29" w:hanging="29"/>
      </w:pPr>
      <w:r>
        <w:rPr>
          <w:b/>
          <w:color w:val="8C6B22"/>
          <w:sz w:val="17"/>
        </w:rPr>
        <w:t>2</w:t>
      </w:r>
      <w:proofErr w:type="gramStart"/>
      <w:r>
        <w:rPr>
          <w:b/>
          <w:color w:val="8C6B22"/>
          <w:sz w:val="17"/>
        </w:rPr>
        <w:t xml:space="preserve">. </w:t>
      </w:r>
      <w:r w:rsidR="00141CBD">
        <w:rPr>
          <w:b/>
          <w:color w:val="8C6B22"/>
          <w:sz w:val="17"/>
        </w:rPr>
        <w:t xml:space="preserve"> </w:t>
      </w:r>
      <w:r>
        <w:rPr>
          <w:sz w:val="17"/>
        </w:rPr>
        <w:t>Have</w:t>
      </w:r>
      <w:proofErr w:type="gramEnd"/>
      <w:r>
        <w:rPr>
          <w:sz w:val="17"/>
        </w:rPr>
        <w:t xml:space="preserve"> you won a scrapbook award this year?</w:t>
      </w:r>
    </w:p>
    <w:p w14:paraId="7FFA37B8" w14:textId="77777777" w:rsidR="00F57796" w:rsidRDefault="00000000">
      <w:pPr>
        <w:spacing w:after="40"/>
        <w:ind w:left="461"/>
      </w:pPr>
      <w:r>
        <w:rPr>
          <w:rFonts w:ascii="DejaVu Sans" w:hAnsi="DejaVu Sans"/>
          <w:sz w:val="17"/>
        </w:rPr>
        <w:t>☐ Yes        ☐ No</w:t>
      </w:r>
    </w:p>
    <w:p w14:paraId="3D388F52" w14:textId="77777777" w:rsidR="00F57796" w:rsidRDefault="00000000">
      <w:pPr>
        <w:spacing w:after="60"/>
        <w:ind w:left="461"/>
      </w:pPr>
      <w:r>
        <w:rPr>
          <w:color w:val="666666"/>
          <w:sz w:val="16"/>
        </w:rPr>
        <w:t>If yes, please indicate:  District Convention Award? ____________________     National Convention Award? ____________________</w:t>
      </w:r>
    </w:p>
    <w:p w14:paraId="68E1430E" w14:textId="77777777" w:rsidR="00AF4F35" w:rsidRDefault="00AF4F35">
      <w:pPr>
        <w:keepNext/>
        <w:spacing w:after="30"/>
        <w:ind w:left="29" w:hanging="29"/>
        <w:rPr>
          <w:b/>
          <w:color w:val="8C6B22"/>
          <w:sz w:val="17"/>
        </w:rPr>
      </w:pPr>
    </w:p>
    <w:p w14:paraId="3DDF11D5" w14:textId="5B871945" w:rsidR="00F57796" w:rsidRDefault="00000000">
      <w:pPr>
        <w:keepNext/>
        <w:spacing w:after="30"/>
        <w:ind w:left="29" w:hanging="29"/>
      </w:pPr>
      <w:r>
        <w:rPr>
          <w:b/>
          <w:color w:val="8C6B22"/>
          <w:sz w:val="17"/>
        </w:rPr>
        <w:t>3</w:t>
      </w:r>
      <w:proofErr w:type="gramStart"/>
      <w:r>
        <w:rPr>
          <w:b/>
          <w:color w:val="8C6B22"/>
          <w:sz w:val="17"/>
        </w:rPr>
        <w:t xml:space="preserve">.  </w:t>
      </w:r>
      <w:r>
        <w:rPr>
          <w:sz w:val="17"/>
        </w:rPr>
        <w:t>Does</w:t>
      </w:r>
      <w:proofErr w:type="gramEnd"/>
      <w:r>
        <w:rPr>
          <w:sz w:val="17"/>
        </w:rPr>
        <w:t xml:space="preserve"> your chapter have social media presence?</w:t>
      </w:r>
    </w:p>
    <w:p w14:paraId="31BBF870" w14:textId="77777777" w:rsidR="00F57796" w:rsidRDefault="00000000">
      <w:pPr>
        <w:spacing w:after="40"/>
        <w:ind w:left="461"/>
      </w:pPr>
      <w:r>
        <w:rPr>
          <w:rFonts w:ascii="DejaVu Sans" w:hAnsi="DejaVu Sans"/>
          <w:sz w:val="17"/>
        </w:rPr>
        <w:t>☐ Yes        ☐ No</w:t>
      </w:r>
    </w:p>
    <w:p w14:paraId="1336B549" w14:textId="77777777" w:rsidR="00F57796" w:rsidRDefault="00000000">
      <w:pPr>
        <w:spacing w:after="60"/>
        <w:ind w:left="461"/>
      </w:pPr>
      <w:r>
        <w:rPr>
          <w:color w:val="666666"/>
          <w:sz w:val="16"/>
        </w:rPr>
        <w:t>If yes, provide the social media channel account links. If no, please explain.</w:t>
      </w:r>
    </w:p>
    <w:tbl>
      <w:tblPr>
        <w:tblW w:w="0" w:type="auto"/>
        <w:jc w:val="center"/>
        <w:tblLayout w:type="fixed"/>
        <w:tblLook w:val="04A0" w:firstRow="1" w:lastRow="0" w:firstColumn="1" w:lastColumn="0" w:noHBand="0" w:noVBand="1"/>
      </w:tblPr>
      <w:tblGrid>
        <w:gridCol w:w="10728"/>
      </w:tblGrid>
      <w:tr w:rsidR="00F57796" w14:paraId="79FAB785" w14:textId="77777777">
        <w:trPr>
          <w:trHeight w:val="648"/>
          <w:jc w:val="center"/>
        </w:trPr>
        <w:tc>
          <w:tcPr>
            <w:tcW w:w="10728" w:type="dxa"/>
            <w:tcBorders>
              <w:top w:val="single" w:sz="5" w:space="0" w:color="B7B7B7"/>
              <w:left w:val="single" w:sz="5" w:space="0" w:color="B7B7B7"/>
              <w:bottom w:val="single" w:sz="5" w:space="0" w:color="B7B7B7"/>
              <w:right w:val="single" w:sz="5" w:space="0" w:color="B7B7B7"/>
            </w:tcBorders>
            <w:shd w:val="clear" w:color="auto" w:fill="FBFBFA"/>
            <w:tcMar>
              <w:top w:w="80" w:type="dxa"/>
              <w:left w:w="90" w:type="dxa"/>
              <w:bottom w:w="80" w:type="dxa"/>
              <w:right w:w="90" w:type="dxa"/>
            </w:tcMar>
          </w:tcPr>
          <w:p w14:paraId="34D567C5" w14:textId="77777777" w:rsidR="00F57796" w:rsidRDefault="00F57796"/>
        </w:tc>
      </w:tr>
    </w:tbl>
    <w:p w14:paraId="50F5002F" w14:textId="77777777" w:rsidR="00AF4F35" w:rsidRDefault="00AF4F35">
      <w:pPr>
        <w:keepNext/>
        <w:spacing w:after="30"/>
        <w:ind w:left="29" w:hanging="29"/>
        <w:rPr>
          <w:b/>
          <w:color w:val="8C6B22"/>
          <w:sz w:val="17"/>
        </w:rPr>
      </w:pPr>
    </w:p>
    <w:p w14:paraId="225F6A0C" w14:textId="24D66BDF" w:rsidR="00F57796" w:rsidRDefault="00000000">
      <w:pPr>
        <w:keepNext/>
        <w:spacing w:after="30"/>
        <w:ind w:left="29" w:hanging="29"/>
      </w:pPr>
      <w:r>
        <w:rPr>
          <w:b/>
          <w:color w:val="8C6B22"/>
          <w:sz w:val="17"/>
        </w:rPr>
        <w:t>4</w:t>
      </w:r>
      <w:proofErr w:type="gramStart"/>
      <w:r>
        <w:rPr>
          <w:b/>
          <w:color w:val="8C6B22"/>
          <w:sz w:val="17"/>
        </w:rPr>
        <w:t xml:space="preserve">.  </w:t>
      </w:r>
      <w:r>
        <w:rPr>
          <w:sz w:val="17"/>
        </w:rPr>
        <w:t>Is</w:t>
      </w:r>
      <w:proofErr w:type="gramEnd"/>
      <w:r>
        <w:rPr>
          <w:sz w:val="17"/>
        </w:rPr>
        <w:t xml:space="preserve"> the chapter advisor registered to be a reviewer for BIOS?</w:t>
      </w:r>
    </w:p>
    <w:p w14:paraId="4174043C" w14:textId="77777777" w:rsidR="00F57796" w:rsidRDefault="00000000">
      <w:pPr>
        <w:spacing w:after="40"/>
        <w:ind w:left="461"/>
        <w:rPr>
          <w:rFonts w:ascii="DejaVu Sans" w:hAnsi="DejaVu Sans" w:hint="eastAsia"/>
          <w:sz w:val="17"/>
        </w:rPr>
      </w:pPr>
      <w:r>
        <w:rPr>
          <w:rFonts w:ascii="DejaVu Sans" w:hAnsi="DejaVu Sans"/>
          <w:sz w:val="17"/>
        </w:rPr>
        <w:t>☐ Yes        ☐ No</w:t>
      </w:r>
    </w:p>
    <w:p w14:paraId="435C3A58" w14:textId="77777777" w:rsidR="00E21D4F" w:rsidRDefault="00E21D4F" w:rsidP="00E21D4F">
      <w:pPr>
        <w:spacing w:after="60"/>
        <w:ind w:left="461"/>
      </w:pPr>
      <w:r>
        <w:rPr>
          <w:color w:val="666666"/>
          <w:sz w:val="16"/>
        </w:rPr>
        <w:t xml:space="preserve">If </w:t>
      </w:r>
      <w:proofErr w:type="gramStart"/>
      <w:r>
        <w:rPr>
          <w:color w:val="666666"/>
          <w:sz w:val="16"/>
        </w:rPr>
        <w:t>no</w:t>
      </w:r>
      <w:proofErr w:type="gramEnd"/>
      <w:r>
        <w:rPr>
          <w:color w:val="666666"/>
          <w:sz w:val="16"/>
        </w:rPr>
        <w:t>, please explain.</w:t>
      </w:r>
    </w:p>
    <w:tbl>
      <w:tblPr>
        <w:tblW w:w="0" w:type="auto"/>
        <w:jc w:val="center"/>
        <w:tblLayout w:type="fixed"/>
        <w:tblLook w:val="04A0" w:firstRow="1" w:lastRow="0" w:firstColumn="1" w:lastColumn="0" w:noHBand="0" w:noVBand="1"/>
      </w:tblPr>
      <w:tblGrid>
        <w:gridCol w:w="10728"/>
      </w:tblGrid>
      <w:tr w:rsidR="00E21D4F" w14:paraId="1001F395" w14:textId="77777777" w:rsidTr="00786F29">
        <w:trPr>
          <w:trHeight w:val="605"/>
          <w:jc w:val="center"/>
        </w:trPr>
        <w:tc>
          <w:tcPr>
            <w:tcW w:w="10728" w:type="dxa"/>
            <w:tcBorders>
              <w:top w:val="single" w:sz="5" w:space="0" w:color="B7B7B7"/>
              <w:left w:val="single" w:sz="5" w:space="0" w:color="B7B7B7"/>
              <w:bottom w:val="single" w:sz="5" w:space="0" w:color="B7B7B7"/>
              <w:right w:val="single" w:sz="5" w:space="0" w:color="B7B7B7"/>
            </w:tcBorders>
            <w:shd w:val="clear" w:color="auto" w:fill="FBFBFA"/>
            <w:tcMar>
              <w:top w:w="80" w:type="dxa"/>
              <w:left w:w="90" w:type="dxa"/>
              <w:bottom w:w="80" w:type="dxa"/>
              <w:right w:w="90" w:type="dxa"/>
            </w:tcMar>
          </w:tcPr>
          <w:p w14:paraId="443713DE" w14:textId="77777777" w:rsidR="00E21D4F" w:rsidRDefault="00E21D4F" w:rsidP="00786F29"/>
        </w:tc>
      </w:tr>
    </w:tbl>
    <w:p w14:paraId="587EC115" w14:textId="77777777" w:rsidR="00AF4F35" w:rsidRDefault="00AF4F35" w:rsidP="00E21D4F">
      <w:pPr>
        <w:keepNext/>
        <w:spacing w:after="30"/>
        <w:rPr>
          <w:b/>
          <w:color w:val="8C6B22"/>
          <w:sz w:val="17"/>
        </w:rPr>
      </w:pPr>
    </w:p>
    <w:p w14:paraId="1AD33C47" w14:textId="6214F16D" w:rsidR="00F57796" w:rsidRDefault="00000000">
      <w:pPr>
        <w:keepNext/>
        <w:spacing w:after="30"/>
        <w:ind w:left="29" w:hanging="29"/>
      </w:pPr>
      <w:r>
        <w:rPr>
          <w:b/>
          <w:color w:val="8C6B22"/>
          <w:sz w:val="17"/>
        </w:rPr>
        <w:t>5</w:t>
      </w:r>
      <w:proofErr w:type="gramStart"/>
      <w:r>
        <w:rPr>
          <w:b/>
          <w:color w:val="8C6B22"/>
          <w:sz w:val="17"/>
        </w:rPr>
        <w:t xml:space="preserve">.  </w:t>
      </w:r>
      <w:r>
        <w:rPr>
          <w:sz w:val="17"/>
        </w:rPr>
        <w:t>Has</w:t>
      </w:r>
      <w:proofErr w:type="gramEnd"/>
      <w:r>
        <w:rPr>
          <w:sz w:val="17"/>
        </w:rPr>
        <w:t xml:space="preserve"> the chapter utilized GreekTrack for membership invitations during this academic year?</w:t>
      </w:r>
    </w:p>
    <w:p w14:paraId="34BC3866" w14:textId="77777777" w:rsidR="00F57796" w:rsidRDefault="00000000">
      <w:pPr>
        <w:spacing w:after="40"/>
        <w:ind w:left="461"/>
      </w:pPr>
      <w:r>
        <w:rPr>
          <w:rFonts w:ascii="DejaVu Sans" w:hAnsi="DejaVu Sans"/>
          <w:sz w:val="17"/>
        </w:rPr>
        <w:t>☐ Yes        ☐ No</w:t>
      </w:r>
    </w:p>
    <w:p w14:paraId="33CC7B45" w14:textId="77777777" w:rsidR="00F57796" w:rsidRDefault="00000000">
      <w:pPr>
        <w:spacing w:after="60"/>
        <w:ind w:left="461"/>
      </w:pPr>
      <w:r>
        <w:rPr>
          <w:color w:val="666666"/>
          <w:sz w:val="16"/>
        </w:rPr>
        <w:t>If no, please explain.</w:t>
      </w:r>
    </w:p>
    <w:tbl>
      <w:tblPr>
        <w:tblW w:w="0" w:type="auto"/>
        <w:jc w:val="center"/>
        <w:tblLayout w:type="fixed"/>
        <w:tblLook w:val="04A0" w:firstRow="1" w:lastRow="0" w:firstColumn="1" w:lastColumn="0" w:noHBand="0" w:noVBand="1"/>
      </w:tblPr>
      <w:tblGrid>
        <w:gridCol w:w="10728"/>
      </w:tblGrid>
      <w:tr w:rsidR="00F57796" w14:paraId="49572D21" w14:textId="77777777">
        <w:trPr>
          <w:trHeight w:val="605"/>
          <w:jc w:val="center"/>
        </w:trPr>
        <w:tc>
          <w:tcPr>
            <w:tcW w:w="10728" w:type="dxa"/>
            <w:tcBorders>
              <w:top w:val="single" w:sz="5" w:space="0" w:color="B7B7B7"/>
              <w:left w:val="single" w:sz="5" w:space="0" w:color="B7B7B7"/>
              <w:bottom w:val="single" w:sz="5" w:space="0" w:color="B7B7B7"/>
              <w:right w:val="single" w:sz="5" w:space="0" w:color="B7B7B7"/>
            </w:tcBorders>
            <w:shd w:val="clear" w:color="auto" w:fill="FBFBFA"/>
            <w:tcMar>
              <w:top w:w="80" w:type="dxa"/>
              <w:left w:w="90" w:type="dxa"/>
              <w:bottom w:w="80" w:type="dxa"/>
              <w:right w:w="90" w:type="dxa"/>
            </w:tcMar>
          </w:tcPr>
          <w:p w14:paraId="46A1D437" w14:textId="77777777" w:rsidR="00F57796" w:rsidRDefault="00F57796"/>
        </w:tc>
      </w:tr>
    </w:tbl>
    <w:p w14:paraId="5F12D608" w14:textId="77777777" w:rsidR="00AF4F35" w:rsidRDefault="00AF4F35">
      <w:pPr>
        <w:spacing w:after="40"/>
        <w:rPr>
          <w:b/>
          <w:color w:val="8C6B22"/>
          <w:sz w:val="17"/>
        </w:rPr>
      </w:pPr>
    </w:p>
    <w:p w14:paraId="306B1B17" w14:textId="11C21E58" w:rsidR="00F57796" w:rsidRDefault="00000000">
      <w:pPr>
        <w:spacing w:after="40"/>
      </w:pPr>
      <w:r>
        <w:rPr>
          <w:b/>
          <w:color w:val="8C6B22"/>
          <w:sz w:val="17"/>
        </w:rPr>
        <w:t>6</w:t>
      </w:r>
      <w:proofErr w:type="gramStart"/>
      <w:r>
        <w:rPr>
          <w:b/>
          <w:color w:val="8C6B22"/>
          <w:sz w:val="17"/>
        </w:rPr>
        <w:t xml:space="preserve">.  </w:t>
      </w:r>
      <w:r>
        <w:rPr>
          <w:b/>
          <w:sz w:val="17"/>
        </w:rPr>
        <w:t>Advisor</w:t>
      </w:r>
      <w:proofErr w:type="gramEnd"/>
      <w:r>
        <w:rPr>
          <w:b/>
          <w:sz w:val="17"/>
        </w:rPr>
        <w:t xml:space="preserve"> Response: </w:t>
      </w:r>
      <w:r>
        <w:rPr>
          <w:sz w:val="17"/>
        </w:rPr>
        <w:t>Please have the chapter advisor provide a paragraph about the chapter and its activities over the past academic year.</w:t>
      </w:r>
    </w:p>
    <w:tbl>
      <w:tblPr>
        <w:tblW w:w="0" w:type="auto"/>
        <w:jc w:val="center"/>
        <w:tblLayout w:type="fixed"/>
        <w:tblLook w:val="04A0" w:firstRow="1" w:lastRow="0" w:firstColumn="1" w:lastColumn="0" w:noHBand="0" w:noVBand="1"/>
      </w:tblPr>
      <w:tblGrid>
        <w:gridCol w:w="10728"/>
      </w:tblGrid>
      <w:tr w:rsidR="00F57796" w14:paraId="128F358B" w14:textId="77777777">
        <w:trPr>
          <w:trHeight w:val="1440"/>
          <w:jc w:val="center"/>
        </w:trPr>
        <w:tc>
          <w:tcPr>
            <w:tcW w:w="10728" w:type="dxa"/>
            <w:tcBorders>
              <w:top w:val="single" w:sz="5" w:space="0" w:color="B7B7B7"/>
              <w:left w:val="single" w:sz="5" w:space="0" w:color="B7B7B7"/>
              <w:bottom w:val="single" w:sz="5" w:space="0" w:color="B7B7B7"/>
              <w:right w:val="single" w:sz="5" w:space="0" w:color="B7B7B7"/>
            </w:tcBorders>
            <w:shd w:val="clear" w:color="auto" w:fill="FBFBFA"/>
            <w:tcMar>
              <w:top w:w="80" w:type="dxa"/>
              <w:left w:w="90" w:type="dxa"/>
              <w:bottom w:w="80" w:type="dxa"/>
              <w:right w:w="90" w:type="dxa"/>
            </w:tcMar>
          </w:tcPr>
          <w:p w14:paraId="17FAFB81" w14:textId="77777777" w:rsidR="00F57796" w:rsidRDefault="00F57796"/>
        </w:tc>
      </w:tr>
    </w:tbl>
    <w:p w14:paraId="2321CEDF" w14:textId="6266DFE5" w:rsidR="00F57796" w:rsidRDefault="00F57796">
      <w:pPr>
        <w:spacing w:after="240"/>
        <w:ind w:left="29"/>
      </w:pPr>
    </w:p>
    <w:tbl>
      <w:tblPr>
        <w:tblW w:w="0" w:type="auto"/>
        <w:jc w:val="center"/>
        <w:tblLayout w:type="fixed"/>
        <w:tblLook w:val="04A0" w:firstRow="1" w:lastRow="0" w:firstColumn="1" w:lastColumn="0" w:noHBand="0" w:noVBand="1"/>
      </w:tblPr>
      <w:tblGrid>
        <w:gridCol w:w="10728"/>
      </w:tblGrid>
      <w:tr w:rsidR="00AF4F35" w14:paraId="0E76A779" w14:textId="77777777" w:rsidTr="00786F29">
        <w:trPr>
          <w:jc w:val="center"/>
        </w:trPr>
        <w:tc>
          <w:tcPr>
            <w:tcW w:w="10728" w:type="dxa"/>
            <w:tcBorders>
              <w:top w:val="nil"/>
              <w:left w:val="nil"/>
              <w:bottom w:val="nil"/>
              <w:right w:val="nil"/>
            </w:tcBorders>
            <w:shd w:val="clear" w:color="auto" w:fill="EFE9DC"/>
            <w:tcMar>
              <w:top w:w="45" w:type="dxa"/>
              <w:left w:w="80" w:type="dxa"/>
              <w:bottom w:w="45" w:type="dxa"/>
              <w:right w:w="80" w:type="dxa"/>
            </w:tcMar>
            <w:vAlign w:val="center"/>
          </w:tcPr>
          <w:p w14:paraId="79FD88D1" w14:textId="77777777" w:rsidR="00AF4F35" w:rsidRDefault="00AF4F35" w:rsidP="00786F29">
            <w:pPr>
              <w:pStyle w:val="SectionBar"/>
              <w:spacing w:after="0"/>
            </w:pPr>
            <w:r>
              <w:t>SIGNATURES FROM CHAPTER LEADERSHIP &amp; ADVISOR</w:t>
            </w:r>
          </w:p>
        </w:tc>
      </w:tr>
    </w:tbl>
    <w:p w14:paraId="79039602" w14:textId="77777777" w:rsidR="00AF4F35" w:rsidRDefault="00AF4F35" w:rsidP="00AF4F35">
      <w:pPr>
        <w:spacing w:after="0" w:line="67" w:lineRule="auto"/>
      </w:pPr>
    </w:p>
    <w:p w14:paraId="199ECEC1" w14:textId="6C0704F7" w:rsidR="00AF4F35" w:rsidRDefault="00AF4F35" w:rsidP="00AF4F35">
      <w:pPr>
        <w:spacing w:after="240"/>
        <w:ind w:left="29"/>
      </w:pPr>
      <w:r>
        <w:rPr>
          <w:b/>
          <w:sz w:val="17"/>
        </w:rPr>
        <w:br/>
        <w:t>Chapter Officer</w:t>
      </w:r>
      <w:proofErr w:type="gramStart"/>
      <w:r>
        <w:rPr>
          <w:b/>
          <w:sz w:val="17"/>
        </w:rPr>
        <w:t xml:space="preserve">:  </w:t>
      </w:r>
      <w:r>
        <w:rPr>
          <w:sz w:val="17"/>
        </w:rPr>
        <w:t>_</w:t>
      </w:r>
      <w:proofErr w:type="gramEnd"/>
      <w:r>
        <w:rPr>
          <w:sz w:val="17"/>
        </w:rPr>
        <w:t>_______________________________________</w:t>
      </w:r>
      <w:r>
        <w:rPr>
          <w:b/>
          <w:sz w:val="17"/>
        </w:rPr>
        <w:t xml:space="preserve">    Date:  </w:t>
      </w:r>
      <w:r>
        <w:rPr>
          <w:sz w:val="17"/>
        </w:rPr>
        <w:t>____________________</w:t>
      </w:r>
    </w:p>
    <w:p w14:paraId="7C6E77AF" w14:textId="64567216" w:rsidR="00AF4F35" w:rsidRDefault="00AF4F35" w:rsidP="00AF4F35">
      <w:pPr>
        <w:spacing w:after="240"/>
        <w:ind w:left="29"/>
      </w:pPr>
      <w:r>
        <w:rPr>
          <w:b/>
          <w:sz w:val="17"/>
        </w:rPr>
        <w:br/>
        <w:t>Chapter Advisor</w:t>
      </w:r>
      <w:proofErr w:type="gramStart"/>
      <w:r>
        <w:rPr>
          <w:b/>
          <w:sz w:val="17"/>
        </w:rPr>
        <w:t xml:space="preserve">:  </w:t>
      </w:r>
      <w:r>
        <w:rPr>
          <w:sz w:val="17"/>
        </w:rPr>
        <w:t>_</w:t>
      </w:r>
      <w:proofErr w:type="gramEnd"/>
      <w:r>
        <w:rPr>
          <w:sz w:val="17"/>
        </w:rPr>
        <w:t>_______________________________________</w:t>
      </w:r>
      <w:r>
        <w:rPr>
          <w:b/>
          <w:sz w:val="17"/>
        </w:rPr>
        <w:t xml:space="preserve">    Date:  </w:t>
      </w:r>
      <w:r>
        <w:rPr>
          <w:sz w:val="17"/>
        </w:rPr>
        <w:t>____________________</w:t>
      </w:r>
    </w:p>
    <w:p w14:paraId="14116287" w14:textId="77777777" w:rsidR="00AF4F35" w:rsidRDefault="00AF4F35">
      <w:pPr>
        <w:spacing w:after="240"/>
        <w:ind w:left="29"/>
      </w:pPr>
    </w:p>
    <w:sectPr w:rsidR="00AF4F35" w:rsidSect="00034616">
      <w:headerReference w:type="default" r:id="rId9"/>
      <w:footerReference w:type="default" r:id="rId10"/>
      <w:pgSz w:w="12240" w:h="15840"/>
      <w:pgMar w:top="1267" w:right="749" w:bottom="792" w:left="749" w:header="216"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13693" w14:textId="77777777" w:rsidR="00994DC8" w:rsidRDefault="00994DC8">
      <w:pPr>
        <w:spacing w:after="0" w:line="240" w:lineRule="auto"/>
      </w:pPr>
      <w:r>
        <w:separator/>
      </w:r>
    </w:p>
  </w:endnote>
  <w:endnote w:type="continuationSeparator" w:id="0">
    <w:p w14:paraId="3C8C3A06" w14:textId="77777777" w:rsidR="00994DC8" w:rsidRDefault="00994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4833" w14:textId="77777777" w:rsidR="00F57796" w:rsidRDefault="00F57796">
    <w:pPr>
      <w:pStyle w:val="Footer"/>
    </w:pPr>
  </w:p>
  <w:tbl>
    <w:tblPr>
      <w:tblW w:w="0" w:type="auto"/>
      <w:jc w:val="center"/>
      <w:tblLayout w:type="fixed"/>
      <w:tblLook w:val="04A0" w:firstRow="1" w:lastRow="0" w:firstColumn="1" w:lastColumn="0" w:noHBand="0" w:noVBand="1"/>
    </w:tblPr>
    <w:tblGrid>
      <w:gridCol w:w="8352"/>
      <w:gridCol w:w="2390"/>
    </w:tblGrid>
    <w:tr w:rsidR="00F57796" w14:paraId="2CD77EFE" w14:textId="77777777">
      <w:trPr>
        <w:jc w:val="center"/>
      </w:trPr>
      <w:tc>
        <w:tcPr>
          <w:tcW w:w="8352" w:type="dxa"/>
          <w:tcBorders>
            <w:top w:val="single" w:sz="8" w:space="0" w:color="1D1D1D"/>
            <w:left w:val="nil"/>
            <w:bottom w:val="nil"/>
            <w:right w:val="nil"/>
          </w:tcBorders>
          <w:tcMar>
            <w:top w:w="40" w:type="dxa"/>
            <w:left w:w="0" w:type="dxa"/>
            <w:bottom w:w="0" w:type="dxa"/>
            <w:right w:w="0" w:type="dxa"/>
          </w:tcMar>
        </w:tcPr>
        <w:p w14:paraId="04958960" w14:textId="77777777" w:rsidR="00F57796" w:rsidRDefault="00000000">
          <w:r>
            <w:rPr>
              <w:color w:val="666666"/>
              <w:sz w:val="15"/>
            </w:rPr>
            <w:t>Bertholf Award Application - 2025-2026 Academic Year</w:t>
          </w:r>
        </w:p>
      </w:tc>
      <w:tc>
        <w:tcPr>
          <w:tcW w:w="2390" w:type="dxa"/>
          <w:tcBorders>
            <w:top w:val="single" w:sz="8" w:space="0" w:color="1D1D1D"/>
            <w:left w:val="nil"/>
            <w:bottom w:val="nil"/>
            <w:right w:val="nil"/>
          </w:tcBorders>
          <w:tcMar>
            <w:top w:w="40" w:type="dxa"/>
            <w:left w:w="0" w:type="dxa"/>
            <w:bottom w:w="0" w:type="dxa"/>
            <w:right w:w="0" w:type="dxa"/>
          </w:tcMar>
        </w:tcPr>
        <w:p w14:paraId="77C3C7DE" w14:textId="77777777" w:rsidR="00F57796" w:rsidRDefault="00000000">
          <w:pPr>
            <w:jc w:val="right"/>
          </w:pPr>
          <w:r>
            <w:rPr>
              <w:color w:val="666666"/>
              <w:sz w:val="15"/>
            </w:rPr>
            <w:t xml:space="preserve">Page </w:t>
          </w:r>
          <w:r>
            <w:rPr>
              <w:sz w:val="15"/>
            </w:rPr>
            <w:fldChar w:fldCharType="begin"/>
          </w:r>
          <w:r>
            <w:rPr>
              <w:sz w:val="15"/>
            </w:rPr>
            <w:instrText>PAGE</w:instrText>
          </w:r>
          <w:r>
            <w:rPr>
              <w:sz w:val="15"/>
            </w:rPr>
            <w:fldChar w:fldCharType="separate"/>
          </w:r>
          <w:r>
            <w:rPr>
              <w:sz w:val="15"/>
            </w:rPr>
            <w:t>1</w:t>
          </w:r>
          <w:r>
            <w:rPr>
              <w:sz w:val="15"/>
            </w:rPr>
            <w:fldChar w:fldCharType="end"/>
          </w:r>
          <w:r>
            <w:rPr>
              <w:color w:val="666666"/>
              <w:sz w:val="15"/>
            </w:rPr>
            <w:t xml:space="preserve"> of </w:t>
          </w:r>
          <w:r>
            <w:rPr>
              <w:sz w:val="15"/>
            </w:rPr>
            <w:fldChar w:fldCharType="begin"/>
          </w:r>
          <w:r>
            <w:rPr>
              <w:sz w:val="15"/>
            </w:rPr>
            <w:instrText>NUMPAGES</w:instrText>
          </w:r>
          <w:r>
            <w:rPr>
              <w:sz w:val="15"/>
            </w:rPr>
            <w:fldChar w:fldCharType="separate"/>
          </w:r>
          <w:r>
            <w:rPr>
              <w:sz w:val="15"/>
            </w:rPr>
            <w:t>9</w:t>
          </w:r>
          <w:r>
            <w:rPr>
              <w:sz w:val="15"/>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8370E" w14:textId="77777777" w:rsidR="00994DC8" w:rsidRDefault="00994DC8">
      <w:pPr>
        <w:spacing w:after="0" w:line="240" w:lineRule="auto"/>
      </w:pPr>
      <w:r>
        <w:separator/>
      </w:r>
    </w:p>
  </w:footnote>
  <w:footnote w:type="continuationSeparator" w:id="0">
    <w:p w14:paraId="1EAFFAAB" w14:textId="77777777" w:rsidR="00994DC8" w:rsidRDefault="00994D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CDB14" w14:textId="77777777" w:rsidR="00F57796" w:rsidRDefault="00000000">
    <w:pPr>
      <w:pStyle w:val="Header"/>
      <w:pBdr>
        <w:bottom w:val="single" w:sz="12" w:space="2" w:color="1D1D1D"/>
      </w:pBdr>
      <w:spacing w:after="60"/>
      <w:jc w:val="center"/>
    </w:pPr>
    <w:r>
      <w:rPr>
        <w:noProof/>
      </w:rPr>
      <w:drawing>
        <wp:inline distT="0" distB="0" distL="0" distR="0" wp14:anchorId="5DEDB104" wp14:editId="02ACCC0F">
          <wp:extent cx="2331720" cy="1069781"/>
          <wp:effectExtent l="0" t="0" r="0" b="0"/>
          <wp:docPr id="750242548" name="Picture 750242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beta_logo_cropped.png"/>
                  <pic:cNvPicPr/>
                </pic:nvPicPr>
                <pic:blipFill>
                  <a:blip r:embed="rId1"/>
                  <a:stretch>
                    <a:fillRect/>
                  </a:stretch>
                </pic:blipFill>
                <pic:spPr>
                  <a:xfrm>
                    <a:off x="0" y="0"/>
                    <a:ext cx="2331720" cy="10697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4437725">
    <w:abstractNumId w:val="8"/>
  </w:num>
  <w:num w:numId="2" w16cid:durableId="1737585805">
    <w:abstractNumId w:val="6"/>
  </w:num>
  <w:num w:numId="3" w16cid:durableId="293104564">
    <w:abstractNumId w:val="5"/>
  </w:num>
  <w:num w:numId="4" w16cid:durableId="982586627">
    <w:abstractNumId w:val="4"/>
  </w:num>
  <w:num w:numId="5" w16cid:durableId="1690065941">
    <w:abstractNumId w:val="7"/>
  </w:num>
  <w:num w:numId="6" w16cid:durableId="500656370">
    <w:abstractNumId w:val="3"/>
  </w:num>
  <w:num w:numId="7" w16cid:durableId="853226294">
    <w:abstractNumId w:val="2"/>
  </w:num>
  <w:num w:numId="8" w16cid:durableId="2142530619">
    <w:abstractNumId w:val="1"/>
  </w:num>
  <w:num w:numId="9" w16cid:durableId="1693341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5B7A"/>
    <w:rsid w:val="00141CBD"/>
    <w:rsid w:val="0015074B"/>
    <w:rsid w:val="00275C9B"/>
    <w:rsid w:val="0029639D"/>
    <w:rsid w:val="00326F90"/>
    <w:rsid w:val="00525A29"/>
    <w:rsid w:val="00560249"/>
    <w:rsid w:val="00584C38"/>
    <w:rsid w:val="006B6275"/>
    <w:rsid w:val="007438CB"/>
    <w:rsid w:val="00994DC8"/>
    <w:rsid w:val="00997B06"/>
    <w:rsid w:val="009D13D8"/>
    <w:rsid w:val="00A37F41"/>
    <w:rsid w:val="00AA1D8D"/>
    <w:rsid w:val="00AE4ADC"/>
    <w:rsid w:val="00AF4F35"/>
    <w:rsid w:val="00B47730"/>
    <w:rsid w:val="00B86974"/>
    <w:rsid w:val="00CB0664"/>
    <w:rsid w:val="00CC3B37"/>
    <w:rsid w:val="00E21D4F"/>
    <w:rsid w:val="00E47DCB"/>
    <w:rsid w:val="00E5545A"/>
    <w:rsid w:val="00F42EE1"/>
    <w:rsid w:val="00F577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B20629"/>
  <w14:defaultImageDpi w14:val="300"/>
  <w15:docId w15:val="{DE879F3C-3669-4F48-83D2-0830D4E94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50" w:line="252" w:lineRule="auto"/>
    </w:pPr>
    <w:rPr>
      <w:rFonts w:ascii="Calibri" w:hAnsi="Calibri"/>
      <w:color w:val="222222"/>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Title">
    <w:name w:val="DocTitle"/>
    <w:pPr>
      <w:spacing w:after="60"/>
    </w:pPr>
    <w:rPr>
      <w:rFonts w:ascii="Cambria" w:hAnsi="Cambria"/>
      <w:b/>
      <w:color w:val="8C6B22"/>
      <w:sz w:val="36"/>
    </w:rPr>
  </w:style>
  <w:style w:type="paragraph" w:customStyle="1" w:styleId="DocSubtitle">
    <w:name w:val="DocSubtitle"/>
    <w:pPr>
      <w:spacing w:after="60"/>
    </w:pPr>
    <w:rPr>
      <w:rFonts w:ascii="Calibri" w:hAnsi="Calibri"/>
      <w:b/>
      <w:color w:val="222222"/>
      <w:sz w:val="21"/>
    </w:rPr>
  </w:style>
  <w:style w:type="paragraph" w:customStyle="1" w:styleId="SectionBar">
    <w:name w:val="SectionBar"/>
    <w:pPr>
      <w:spacing w:after="60"/>
    </w:pPr>
    <w:rPr>
      <w:rFonts w:ascii="Calibri" w:hAnsi="Calibri"/>
      <w:b/>
      <w:color w:val="8C6B22"/>
      <w:sz w:val="21"/>
    </w:rPr>
  </w:style>
  <w:style w:type="paragraph" w:customStyle="1" w:styleId="FormHeading">
    <w:name w:val="FormHeading"/>
    <w:pPr>
      <w:spacing w:after="60"/>
    </w:pPr>
    <w:rPr>
      <w:rFonts w:ascii="Calibri" w:hAnsi="Calibri"/>
      <w:b/>
      <w:color w:val="8C6B22"/>
      <w:sz w:val="23"/>
    </w:rPr>
  </w:style>
  <w:style w:type="paragraph" w:customStyle="1" w:styleId="Subsection">
    <w:name w:val="Subsection"/>
    <w:pPr>
      <w:spacing w:after="60"/>
    </w:pPr>
    <w:rPr>
      <w:rFonts w:ascii="Calibri" w:hAnsi="Calibri"/>
      <w:b/>
      <w:color w:val="222222"/>
      <w:sz w:val="18"/>
    </w:rPr>
  </w:style>
  <w:style w:type="paragraph" w:customStyle="1" w:styleId="SmallNote">
    <w:name w:val="SmallNote"/>
    <w:pPr>
      <w:spacing w:after="60"/>
    </w:pPr>
    <w:rPr>
      <w:rFonts w:ascii="Calibri" w:hAnsi="Calibri"/>
      <w:color w:val="666666"/>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jotform.com/tribeta/bertholf-applic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1334</Words>
  <Characters>7607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Lloyd M. Bertholf and Outstanding Chapter Award Application</dc:title>
  <dc:subject>Academic Year Fall 2025 - Summer 2026</dc:subject>
  <dc:creator>Beta Beta Beta Biological Honor Society</dc:creator>
  <cp:keywords/>
  <dc:description>generated by python-docx</dc:description>
  <cp:lastModifiedBy>ROBERT DALY</cp:lastModifiedBy>
  <cp:revision>12</cp:revision>
  <dcterms:created xsi:type="dcterms:W3CDTF">2026-09-22T18:56:00Z</dcterms:created>
  <dcterms:modified xsi:type="dcterms:W3CDTF">2026-10-06T14:11:00Z</dcterms:modified>
  <cp:category/>
</cp:coreProperties>
</file>